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40A43" w14:textId="48A28724" w:rsidR="001B388E" w:rsidRPr="00B87077" w:rsidRDefault="001B388E">
      <w:pPr>
        <w:jc w:val="center"/>
        <w:rPr>
          <w:rFonts w:cs="Arial"/>
          <w:color w:val="000000" w:themeColor="text1"/>
          <w:sz w:val="24"/>
          <w:szCs w:val="24"/>
        </w:rPr>
      </w:pPr>
    </w:p>
    <w:p w14:paraId="11320169" w14:textId="77777777" w:rsidR="00B87077" w:rsidRPr="00B87077" w:rsidRDefault="00B87077">
      <w:pPr>
        <w:jc w:val="center"/>
        <w:rPr>
          <w:rFonts w:cs="Arial"/>
          <w:b/>
          <w:color w:val="000000" w:themeColor="text1"/>
          <w:sz w:val="24"/>
          <w:szCs w:val="24"/>
        </w:rPr>
      </w:pPr>
    </w:p>
    <w:p w14:paraId="5C2A6848" w14:textId="644DA14D" w:rsidR="001B388E" w:rsidRPr="00B87077" w:rsidRDefault="00557ADF">
      <w:pPr>
        <w:jc w:val="center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b/>
          <w:color w:val="000000" w:themeColor="text1"/>
          <w:sz w:val="24"/>
          <w:szCs w:val="24"/>
        </w:rPr>
        <w:t>FORMATOS PARA POSTULANTES</w:t>
      </w:r>
    </w:p>
    <w:p w14:paraId="61EF77FB" w14:textId="64F7689B" w:rsidR="001B388E" w:rsidRDefault="00557ADF">
      <w:pPr>
        <w:jc w:val="center"/>
        <w:rPr>
          <w:rFonts w:cs="Arial"/>
          <w:b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Convocatoria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para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selección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representantes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ciudadanos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de la Mesa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Interinstitucional</w:t>
      </w:r>
      <w:proofErr w:type="spellEnd"/>
    </w:p>
    <w:p w14:paraId="0274F5B4" w14:textId="77777777" w:rsidR="00820DE8" w:rsidRPr="00B87077" w:rsidRDefault="00820DE8">
      <w:pPr>
        <w:jc w:val="center"/>
        <w:rPr>
          <w:rFonts w:cs="Arial"/>
          <w:color w:val="000000" w:themeColor="text1"/>
          <w:sz w:val="24"/>
          <w:szCs w:val="24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6633"/>
      </w:tblGrid>
      <w:tr w:rsidR="00B87077" w:rsidRPr="00B87077" w14:paraId="5318B006" w14:textId="77777777">
        <w:trPr>
          <w:jc w:val="center"/>
        </w:trPr>
        <w:tc>
          <w:tcPr>
            <w:tcW w:w="2324" w:type="dxa"/>
            <w:shd w:val="clear" w:color="auto" w:fill="DDEFFB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ADAD29E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Entidad</w:t>
            </w:r>
            <w:proofErr w:type="spellEnd"/>
          </w:p>
        </w:tc>
        <w:tc>
          <w:tcPr>
            <w:tcW w:w="663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7CEC997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Secretaría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Movilidad del Municipio del Distrito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Metropolitano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Quito</w:t>
            </w:r>
          </w:p>
        </w:tc>
      </w:tr>
      <w:tr w:rsidR="00B87077" w:rsidRPr="00B87077" w14:paraId="0066DD04" w14:textId="77777777">
        <w:trPr>
          <w:jc w:val="center"/>
        </w:trPr>
        <w:tc>
          <w:tcPr>
            <w:tcW w:w="2324" w:type="dxa"/>
            <w:shd w:val="clear" w:color="auto" w:fill="DDEFFB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525ADEB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Unidad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responsable</w:t>
            </w:r>
            <w:proofErr w:type="spellEnd"/>
          </w:p>
        </w:tc>
        <w:tc>
          <w:tcPr>
            <w:tcW w:w="663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18E051C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Dirección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Metropolitana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Movilidad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Activa</w:t>
            </w:r>
            <w:proofErr w:type="spellEnd"/>
          </w:p>
        </w:tc>
      </w:tr>
      <w:tr w:rsidR="00B87077" w:rsidRPr="00B87077" w14:paraId="0252F309" w14:textId="77777777">
        <w:trPr>
          <w:jc w:val="center"/>
        </w:trPr>
        <w:tc>
          <w:tcPr>
            <w:tcW w:w="2324" w:type="dxa"/>
            <w:shd w:val="clear" w:color="auto" w:fill="DDEFFB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5398DC4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Proceso</w:t>
            </w:r>
            <w:proofErr w:type="spellEnd"/>
          </w:p>
        </w:tc>
        <w:tc>
          <w:tcPr>
            <w:tcW w:w="663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C004B3C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Selección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representantes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ciudadanos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para la Mesa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Interinstitucional</w:t>
            </w:r>
            <w:proofErr w:type="spellEnd"/>
          </w:p>
        </w:tc>
      </w:tr>
      <w:tr w:rsidR="00B87077" w:rsidRPr="00B87077" w14:paraId="39B995C8" w14:textId="77777777">
        <w:trPr>
          <w:jc w:val="center"/>
        </w:trPr>
        <w:tc>
          <w:tcPr>
            <w:tcW w:w="2324" w:type="dxa"/>
            <w:shd w:val="clear" w:color="auto" w:fill="DDEFFB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3425056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Base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normativa</w:t>
            </w:r>
            <w:proofErr w:type="spellEnd"/>
          </w:p>
        </w:tc>
        <w:tc>
          <w:tcPr>
            <w:tcW w:w="663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210CDF2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Resolución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Nro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. SM-2022-0056</w:t>
            </w:r>
          </w:p>
        </w:tc>
      </w:tr>
      <w:tr w:rsidR="00B87077" w:rsidRPr="00B87077" w14:paraId="16C6E2BD" w14:textId="77777777">
        <w:trPr>
          <w:jc w:val="center"/>
        </w:trPr>
        <w:tc>
          <w:tcPr>
            <w:tcW w:w="2324" w:type="dxa"/>
            <w:shd w:val="clear" w:color="auto" w:fill="DDEFFB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FB3DD78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Uso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documento</w:t>
            </w:r>
            <w:proofErr w:type="spellEnd"/>
          </w:p>
        </w:tc>
        <w:tc>
          <w:tcPr>
            <w:tcW w:w="663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24406D4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Documento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externo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para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descarga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llenado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y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presentación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postulaciones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6F51977" w14:textId="77777777" w:rsidR="001B388E" w:rsidRPr="00B87077" w:rsidRDefault="00557ADF">
      <w:pPr>
        <w:pStyle w:val="Ttulo1"/>
        <w:rPr>
          <w:rFonts w:ascii="Arial" w:hAnsi="Arial" w:cs="Arial"/>
          <w:color w:val="000000" w:themeColor="text1"/>
          <w:szCs w:val="24"/>
        </w:rPr>
      </w:pPr>
      <w:proofErr w:type="spellStart"/>
      <w:r w:rsidRPr="00B87077">
        <w:rPr>
          <w:rFonts w:ascii="Arial" w:hAnsi="Arial" w:cs="Arial"/>
          <w:color w:val="000000" w:themeColor="text1"/>
          <w:szCs w:val="24"/>
        </w:rPr>
        <w:t>Índice</w:t>
      </w:r>
      <w:proofErr w:type="spellEnd"/>
      <w:r w:rsidRPr="00B87077">
        <w:rPr>
          <w:rFonts w:ascii="Arial" w:hAnsi="Arial" w:cs="Arial"/>
          <w:color w:val="000000" w:themeColor="text1"/>
          <w:szCs w:val="24"/>
        </w:rPr>
        <w:t xml:space="preserve"> de </w:t>
      </w:r>
      <w:proofErr w:type="spellStart"/>
      <w:r w:rsidRPr="00B87077">
        <w:rPr>
          <w:rFonts w:ascii="Arial" w:hAnsi="Arial" w:cs="Arial"/>
          <w:color w:val="000000" w:themeColor="text1"/>
          <w:szCs w:val="24"/>
        </w:rPr>
        <w:t>formatos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143"/>
      </w:tblGrid>
      <w:tr w:rsidR="00B87077" w:rsidRPr="00B87077" w14:paraId="5563523D" w14:textId="77777777">
        <w:trPr>
          <w:jc w:val="center"/>
        </w:trPr>
        <w:tc>
          <w:tcPr>
            <w:tcW w:w="1814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3DEDBE5" w14:textId="77777777" w:rsidR="001B388E" w:rsidRPr="00B87077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r w:rsidRPr="00B87077">
              <w:rPr>
                <w:rFonts w:cs="Arial"/>
                <w:b/>
                <w:color w:val="FFFFFF" w:themeColor="background1"/>
                <w:sz w:val="24"/>
                <w:szCs w:val="24"/>
              </w:rPr>
              <w:t>Código</w:t>
            </w:r>
          </w:p>
        </w:tc>
        <w:tc>
          <w:tcPr>
            <w:tcW w:w="7143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7A6CF15" w14:textId="77777777" w:rsidR="001B388E" w:rsidRPr="00B87077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b/>
                <w:color w:val="FFFFFF" w:themeColor="background1"/>
                <w:sz w:val="24"/>
                <w:szCs w:val="24"/>
              </w:rPr>
              <w:t>Formato</w:t>
            </w:r>
            <w:proofErr w:type="spellEnd"/>
          </w:p>
        </w:tc>
      </w:tr>
      <w:tr w:rsidR="00B87077" w:rsidRPr="00B87077" w14:paraId="1E1E37CF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E56C081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Anexo 1</w:t>
            </w:r>
          </w:p>
        </w:tc>
        <w:tc>
          <w:tcPr>
            <w:tcW w:w="714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124069B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Carta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presentación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y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compromiso</w:t>
            </w:r>
            <w:proofErr w:type="spellEnd"/>
          </w:p>
        </w:tc>
      </w:tr>
      <w:tr w:rsidR="00B87077" w:rsidRPr="00B87077" w14:paraId="16A0FA5D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84FCF54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Anexo 2</w:t>
            </w:r>
          </w:p>
        </w:tc>
        <w:tc>
          <w:tcPr>
            <w:tcW w:w="714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8D175CC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Formulario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identificación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postulante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principal</w:t>
            </w:r>
          </w:p>
        </w:tc>
      </w:tr>
      <w:tr w:rsidR="00B87077" w:rsidRPr="00B87077" w14:paraId="5BA19C6C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8B180F3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Anexo 3</w:t>
            </w:r>
          </w:p>
        </w:tc>
        <w:tc>
          <w:tcPr>
            <w:tcW w:w="714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CACC8D7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Formulario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identificación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representante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alterno</w:t>
            </w:r>
            <w:proofErr w:type="spellEnd"/>
          </w:p>
        </w:tc>
      </w:tr>
      <w:tr w:rsidR="00B87077" w:rsidRPr="00B87077" w14:paraId="009D7D71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1FABD8A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Anexo 4</w:t>
            </w:r>
          </w:p>
        </w:tc>
        <w:tc>
          <w:tcPr>
            <w:tcW w:w="714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B463CF5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Declaración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cumplimiento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requisitos</w:t>
            </w:r>
            <w:proofErr w:type="spellEnd"/>
          </w:p>
        </w:tc>
      </w:tr>
      <w:tr w:rsidR="00B87077" w:rsidRPr="00B87077" w14:paraId="6709F34E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4E20409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Anexo 5</w:t>
            </w:r>
          </w:p>
        </w:tc>
        <w:tc>
          <w:tcPr>
            <w:tcW w:w="714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DC198A6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Lista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verificación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documentos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habilitantes</w:t>
            </w:r>
            <w:proofErr w:type="spellEnd"/>
          </w:p>
        </w:tc>
      </w:tr>
      <w:tr w:rsidR="00B87077" w:rsidRPr="00B87077" w14:paraId="194CEE6A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3C7D526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Anexo 6</w:t>
            </w:r>
          </w:p>
        </w:tc>
        <w:tc>
          <w:tcPr>
            <w:tcW w:w="714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448D62B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Plantilla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propuesta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específica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y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sustento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factibilidad</w:t>
            </w:r>
            <w:proofErr w:type="spellEnd"/>
          </w:p>
        </w:tc>
      </w:tr>
      <w:tr w:rsidR="00B87077" w:rsidRPr="00B87077" w14:paraId="31B781B5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763143A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Anexo 7</w:t>
            </w:r>
          </w:p>
        </w:tc>
        <w:tc>
          <w:tcPr>
            <w:tcW w:w="714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F0BC5FE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Registro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experiencia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laboral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profesional</w:t>
            </w:r>
            <w:proofErr w:type="spellEnd"/>
          </w:p>
        </w:tc>
      </w:tr>
      <w:tr w:rsidR="00B87077" w:rsidRPr="00B87077" w14:paraId="0C5A46E7" w14:textId="77777777">
        <w:trPr>
          <w:jc w:val="center"/>
        </w:trPr>
        <w:tc>
          <w:tcPr>
            <w:tcW w:w="1814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7F7CDE6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Anexo 8</w:t>
            </w:r>
          </w:p>
        </w:tc>
        <w:tc>
          <w:tcPr>
            <w:tcW w:w="7143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8A2E5E5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Registro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capacitación</w:t>
            </w:r>
            <w:proofErr w:type="spellEnd"/>
          </w:p>
        </w:tc>
      </w:tr>
    </w:tbl>
    <w:p w14:paraId="7E5ED50B" w14:textId="77777777" w:rsidR="001B388E" w:rsidRPr="00B87077" w:rsidRDefault="00557ADF">
      <w:pPr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color w:val="000000" w:themeColor="text1"/>
          <w:sz w:val="24"/>
          <w:szCs w:val="24"/>
        </w:rPr>
        <w:br w:type="page"/>
      </w:r>
    </w:p>
    <w:p w14:paraId="55CD8EA0" w14:textId="77777777" w:rsidR="00B87077" w:rsidRPr="00B87077" w:rsidRDefault="00B87077">
      <w:pPr>
        <w:jc w:val="center"/>
        <w:rPr>
          <w:rFonts w:cs="Arial"/>
          <w:b/>
          <w:color w:val="000000" w:themeColor="text1"/>
          <w:sz w:val="24"/>
          <w:szCs w:val="24"/>
        </w:rPr>
      </w:pPr>
    </w:p>
    <w:p w14:paraId="172011FE" w14:textId="466CC4FA" w:rsidR="001B388E" w:rsidRPr="00B87077" w:rsidRDefault="00557ADF">
      <w:pPr>
        <w:jc w:val="center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b/>
          <w:color w:val="000000" w:themeColor="text1"/>
          <w:sz w:val="24"/>
          <w:szCs w:val="24"/>
        </w:rPr>
        <w:t>ANEXO 1</w:t>
      </w:r>
    </w:p>
    <w:p w14:paraId="445EEEA7" w14:textId="77777777" w:rsidR="001B388E" w:rsidRPr="00B87077" w:rsidRDefault="00557ADF">
      <w:pPr>
        <w:jc w:val="center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b/>
          <w:color w:val="000000" w:themeColor="text1"/>
          <w:sz w:val="24"/>
          <w:szCs w:val="24"/>
        </w:rPr>
        <w:t xml:space="preserve">Carta de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presentación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y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compromiso</w:t>
      </w:r>
      <w:proofErr w:type="spellEnd"/>
    </w:p>
    <w:p w14:paraId="08F64B0C" w14:textId="77777777" w:rsidR="001B388E" w:rsidRPr="00B87077" w:rsidRDefault="00557ADF" w:rsidP="00B87077">
      <w:pPr>
        <w:jc w:val="right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color w:val="000000" w:themeColor="text1"/>
          <w:sz w:val="24"/>
          <w:szCs w:val="24"/>
        </w:rPr>
        <w:t>Quito, D.M., [día] de [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] de 2026</w:t>
      </w:r>
    </w:p>
    <w:p w14:paraId="6BA9BEAF" w14:textId="49E567DE" w:rsidR="001B388E" w:rsidRPr="00B87077" w:rsidRDefault="00557ADF" w:rsidP="00B87077">
      <w:pPr>
        <w:spacing w:after="0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color w:val="000000" w:themeColor="text1"/>
          <w:sz w:val="24"/>
          <w:szCs w:val="24"/>
        </w:rPr>
        <w:t>Señor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/a</w:t>
      </w:r>
    </w:p>
    <w:p w14:paraId="00CE7E07" w14:textId="719D1D5D" w:rsidR="00B87077" w:rsidRPr="00B87077" w:rsidRDefault="00B87077" w:rsidP="00B87077">
      <w:pPr>
        <w:spacing w:after="0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color w:val="000000" w:themeColor="text1"/>
          <w:sz w:val="24"/>
          <w:szCs w:val="24"/>
        </w:rPr>
        <w:t>Phd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. Alex Pérez</w:t>
      </w:r>
    </w:p>
    <w:p w14:paraId="6A0529AC" w14:textId="48AD7A12" w:rsidR="001B388E" w:rsidRPr="00B87077" w:rsidRDefault="00557ADF" w:rsidP="00B87077">
      <w:pPr>
        <w:spacing w:after="0"/>
        <w:rPr>
          <w:rFonts w:cs="Arial"/>
          <w:b/>
          <w:bCs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b/>
          <w:bCs/>
          <w:color w:val="000000" w:themeColor="text1"/>
          <w:sz w:val="24"/>
          <w:szCs w:val="24"/>
        </w:rPr>
        <w:t>Secretario</w:t>
      </w:r>
      <w:proofErr w:type="spellEnd"/>
      <w:r w:rsidRPr="00B87077">
        <w:rPr>
          <w:rFonts w:cs="Arial"/>
          <w:b/>
          <w:bCs/>
          <w:color w:val="000000" w:themeColor="text1"/>
          <w:sz w:val="24"/>
          <w:szCs w:val="24"/>
        </w:rPr>
        <w:t xml:space="preserve"> de Movilidad</w:t>
      </w:r>
    </w:p>
    <w:p w14:paraId="631C8D1D" w14:textId="77777777" w:rsidR="001B388E" w:rsidRPr="00B87077" w:rsidRDefault="00557ADF" w:rsidP="00B87077">
      <w:pPr>
        <w:spacing w:after="0"/>
        <w:rPr>
          <w:rFonts w:cs="Arial"/>
          <w:b/>
          <w:bCs/>
          <w:color w:val="000000" w:themeColor="text1"/>
          <w:sz w:val="24"/>
          <w:szCs w:val="24"/>
        </w:rPr>
      </w:pPr>
      <w:r w:rsidRPr="00B87077">
        <w:rPr>
          <w:rFonts w:cs="Arial"/>
          <w:b/>
          <w:bCs/>
          <w:color w:val="000000" w:themeColor="text1"/>
          <w:sz w:val="24"/>
          <w:szCs w:val="24"/>
        </w:rPr>
        <w:t xml:space="preserve">Municipio del Distrito </w:t>
      </w:r>
      <w:proofErr w:type="spellStart"/>
      <w:r w:rsidRPr="00B87077">
        <w:rPr>
          <w:rFonts w:cs="Arial"/>
          <w:b/>
          <w:bCs/>
          <w:color w:val="000000" w:themeColor="text1"/>
          <w:sz w:val="24"/>
          <w:szCs w:val="24"/>
        </w:rPr>
        <w:t>Metropolitano</w:t>
      </w:r>
      <w:proofErr w:type="spellEnd"/>
      <w:r w:rsidRPr="00B87077">
        <w:rPr>
          <w:rFonts w:cs="Arial"/>
          <w:b/>
          <w:bCs/>
          <w:color w:val="000000" w:themeColor="text1"/>
          <w:sz w:val="24"/>
          <w:szCs w:val="24"/>
        </w:rPr>
        <w:t xml:space="preserve"> de Quito</w:t>
      </w:r>
    </w:p>
    <w:p w14:paraId="595E8560" w14:textId="77777777" w:rsidR="001B388E" w:rsidRPr="00B87077" w:rsidRDefault="00557ADF">
      <w:pPr>
        <w:spacing w:after="140"/>
        <w:rPr>
          <w:rFonts w:cs="Arial"/>
          <w:color w:val="000000" w:themeColor="text1"/>
          <w:sz w:val="24"/>
          <w:szCs w:val="24"/>
        </w:rPr>
      </w:pPr>
      <w:proofErr w:type="spellStart"/>
      <w:proofErr w:type="gramStart"/>
      <w:r w:rsidRPr="00B87077">
        <w:rPr>
          <w:rFonts w:cs="Arial"/>
          <w:color w:val="000000" w:themeColor="text1"/>
          <w:sz w:val="24"/>
          <w:szCs w:val="24"/>
        </w:rPr>
        <w:t>Presente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.-</w:t>
      </w:r>
      <w:proofErr w:type="gramEnd"/>
    </w:p>
    <w:p w14:paraId="1A2F86AC" w14:textId="77777777" w:rsidR="001B388E" w:rsidRPr="00B87077" w:rsidRDefault="00557ADF">
      <w:pPr>
        <w:spacing w:after="140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Asunto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>:</w:t>
      </w:r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Postulación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para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integrar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la Mesa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Interinstitucional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para 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Promoción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Modos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Transporte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Sostenibles</w:t>
      </w:r>
      <w:proofErr w:type="spellEnd"/>
    </w:p>
    <w:p w14:paraId="2C4E434F" w14:textId="77777777" w:rsidR="001B388E" w:rsidRPr="00B87077" w:rsidRDefault="00557ADF">
      <w:pPr>
        <w:spacing w:after="100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color w:val="000000" w:themeColor="text1"/>
          <w:sz w:val="24"/>
          <w:szCs w:val="24"/>
        </w:rPr>
        <w:t xml:space="preserve">De mi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consideración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:</w:t>
      </w:r>
    </w:p>
    <w:p w14:paraId="51790AD6" w14:textId="77777777" w:rsidR="001B388E" w:rsidRPr="00B87077" w:rsidRDefault="00557ADF">
      <w:pPr>
        <w:jc w:val="both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color w:val="000000" w:themeColor="text1"/>
          <w:sz w:val="24"/>
          <w:szCs w:val="24"/>
        </w:rPr>
        <w:t>Yo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, [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nombres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apellidos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completos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], con cédula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ciudadanía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No. [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número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],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calidad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[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representante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colectivo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/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organización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social/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ciudadano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título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personal],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presento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mi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postulación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para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participar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el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proceso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selección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representantes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ciudadanos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para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conformar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la Mesa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Interinstitucional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para 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Promoción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Modos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Transporte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Sostenibles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del Distrito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Metropolitano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Quito.</w:t>
      </w:r>
    </w:p>
    <w:p w14:paraId="2BA1851E" w14:textId="77777777" w:rsidR="001B388E" w:rsidRPr="00B87077" w:rsidRDefault="00557ADF">
      <w:pPr>
        <w:jc w:val="both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color w:val="000000" w:themeColor="text1"/>
          <w:sz w:val="24"/>
          <w:szCs w:val="24"/>
        </w:rPr>
        <w:t>Declaro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que 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información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documentación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presentada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es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legítima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veraz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verificable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.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Asimismo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manifiesto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conocer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responsabilidad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que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implica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ser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miembro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la Mesa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Interinstitucional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participar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espacios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acompañamiento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formulación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planificación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evaluación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control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participativo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las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políticas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planes y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proyectos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relacionados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con los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modos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transporte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sostenibles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el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Distrito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Metropolitano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Quito.</w:t>
      </w:r>
    </w:p>
    <w:p w14:paraId="6E7C8D69" w14:textId="77777777" w:rsidR="001B388E" w:rsidRPr="00B87077" w:rsidRDefault="00557ADF">
      <w:pPr>
        <w:jc w:val="both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caso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ser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seleccionado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/a, me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comprometo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participar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manera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responsable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ética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puntual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propositiva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las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sesiones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actividades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que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correspondan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observando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los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principios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participación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ciudadana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paridad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equidad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inclusión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alternabilidad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transparencia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corresponsabilidad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.</w:t>
      </w:r>
    </w:p>
    <w:p w14:paraId="3B49FA38" w14:textId="77777777" w:rsidR="001B388E" w:rsidRPr="00B87077" w:rsidRDefault="00557ADF">
      <w:pPr>
        <w:jc w:val="both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color w:val="000000" w:themeColor="text1"/>
          <w:sz w:val="24"/>
          <w:szCs w:val="24"/>
        </w:rPr>
        <w:t xml:space="preserve">Para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efectos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notificación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señalo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como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correo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electrónico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oficial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: [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correo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electrónico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], y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como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número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contacto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: [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teléfono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].</w:t>
      </w:r>
    </w:p>
    <w:p w14:paraId="2011009A" w14:textId="77777777" w:rsidR="001B388E" w:rsidRPr="00B87077" w:rsidRDefault="00557ADF">
      <w:pPr>
        <w:jc w:val="both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color w:val="000000" w:themeColor="text1"/>
          <w:sz w:val="24"/>
          <w:szCs w:val="24"/>
        </w:rPr>
        <w:t>Adjunto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los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documentos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habilitantes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respaldo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requeridos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las bases de 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convocatoria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.</w:t>
      </w:r>
    </w:p>
    <w:p w14:paraId="4750C7A5" w14:textId="77777777" w:rsidR="001B388E" w:rsidRPr="00B87077" w:rsidRDefault="00557ADF">
      <w:pPr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color w:val="000000" w:themeColor="text1"/>
          <w:sz w:val="24"/>
          <w:szCs w:val="24"/>
        </w:rPr>
        <w:t>Atentamente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,</w:t>
      </w:r>
    </w:p>
    <w:p w14:paraId="0107EB86" w14:textId="77777777" w:rsidR="001B388E" w:rsidRPr="00B87077" w:rsidRDefault="001B388E">
      <w:pPr>
        <w:rPr>
          <w:rFonts w:cs="Arial"/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31"/>
      </w:tblGrid>
      <w:tr w:rsidR="00B87077" w:rsidRPr="00B87077" w14:paraId="4E767152" w14:textId="77777777">
        <w:trPr>
          <w:jc w:val="center"/>
        </w:trPr>
        <w:tc>
          <w:tcPr>
            <w:tcW w:w="8731" w:type="dxa"/>
            <w:vAlign w:val="center"/>
          </w:tcPr>
          <w:p w14:paraId="27E31A58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  <w:t>______________________________</w:t>
            </w:r>
          </w:p>
        </w:tc>
      </w:tr>
      <w:tr w:rsidR="00B87077" w:rsidRPr="00B87077" w14:paraId="07EBE8D3" w14:textId="77777777">
        <w:trPr>
          <w:jc w:val="center"/>
        </w:trPr>
        <w:tc>
          <w:tcPr>
            <w:tcW w:w="8731" w:type="dxa"/>
            <w:vAlign w:val="center"/>
          </w:tcPr>
          <w:p w14:paraId="30E6237B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Firma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postulante</w:t>
            </w:r>
            <w:proofErr w:type="spellEnd"/>
          </w:p>
        </w:tc>
      </w:tr>
    </w:tbl>
    <w:p w14:paraId="004F908B" w14:textId="77777777" w:rsidR="001B388E" w:rsidRPr="00B87077" w:rsidRDefault="00557ADF">
      <w:pPr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color w:val="000000" w:themeColor="text1"/>
          <w:sz w:val="24"/>
          <w:szCs w:val="24"/>
        </w:rPr>
        <w:t>Nombres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completos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: ________________________________</w:t>
      </w:r>
    </w:p>
    <w:p w14:paraId="0768C638" w14:textId="77777777" w:rsidR="001B388E" w:rsidRPr="00B87077" w:rsidRDefault="00557ADF">
      <w:pPr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color w:val="000000" w:themeColor="text1"/>
          <w:sz w:val="24"/>
          <w:szCs w:val="24"/>
        </w:rPr>
        <w:t>Cédula: ____________________________________________</w:t>
      </w:r>
    </w:p>
    <w:p w14:paraId="5988FBC8" w14:textId="77777777" w:rsidR="001B388E" w:rsidRPr="00B87077" w:rsidRDefault="00557ADF">
      <w:pPr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color w:val="000000" w:themeColor="text1"/>
          <w:sz w:val="24"/>
          <w:szCs w:val="24"/>
        </w:rPr>
        <w:t>Colectivo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/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organización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si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aplica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: ___________________</w:t>
      </w:r>
    </w:p>
    <w:p w14:paraId="772FFAAA" w14:textId="77777777" w:rsidR="001B388E" w:rsidRPr="00B87077" w:rsidRDefault="00557ADF">
      <w:pPr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color w:val="000000" w:themeColor="text1"/>
          <w:sz w:val="24"/>
          <w:szCs w:val="24"/>
        </w:rPr>
        <w:t>Correo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electrónico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: _________________________________</w:t>
      </w:r>
    </w:p>
    <w:p w14:paraId="06B04692" w14:textId="77777777" w:rsidR="001B388E" w:rsidRPr="00B87077" w:rsidRDefault="00557ADF">
      <w:pPr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color w:val="000000" w:themeColor="text1"/>
          <w:sz w:val="24"/>
          <w:szCs w:val="24"/>
        </w:rPr>
        <w:br w:type="page"/>
      </w:r>
    </w:p>
    <w:p w14:paraId="338FF76D" w14:textId="77777777" w:rsidR="001B388E" w:rsidRPr="00B87077" w:rsidRDefault="00557ADF" w:rsidP="00B87077">
      <w:pPr>
        <w:spacing w:after="0"/>
        <w:jc w:val="center"/>
        <w:rPr>
          <w:rFonts w:cs="Arial"/>
          <w:color w:val="000000" w:themeColor="text1"/>
          <w:sz w:val="22"/>
        </w:rPr>
      </w:pPr>
      <w:r w:rsidRPr="00B87077">
        <w:rPr>
          <w:rFonts w:cs="Arial"/>
          <w:b/>
          <w:color w:val="000000" w:themeColor="text1"/>
          <w:sz w:val="22"/>
        </w:rPr>
        <w:lastRenderedPageBreak/>
        <w:t>ANEXO 2</w:t>
      </w:r>
    </w:p>
    <w:p w14:paraId="3513E6C4" w14:textId="77777777" w:rsidR="001B388E" w:rsidRPr="00B87077" w:rsidRDefault="00557ADF" w:rsidP="00B87077">
      <w:pPr>
        <w:spacing w:after="0"/>
        <w:jc w:val="center"/>
        <w:rPr>
          <w:rFonts w:cs="Arial"/>
          <w:color w:val="000000" w:themeColor="text1"/>
          <w:sz w:val="22"/>
        </w:rPr>
      </w:pPr>
      <w:proofErr w:type="spellStart"/>
      <w:r w:rsidRPr="00B87077">
        <w:rPr>
          <w:rFonts w:cs="Arial"/>
          <w:b/>
          <w:color w:val="000000" w:themeColor="text1"/>
          <w:sz w:val="22"/>
        </w:rPr>
        <w:t>Formulario</w:t>
      </w:r>
      <w:proofErr w:type="spellEnd"/>
      <w:r w:rsidRPr="00B87077">
        <w:rPr>
          <w:rFonts w:cs="Arial"/>
          <w:b/>
          <w:color w:val="000000" w:themeColor="text1"/>
          <w:sz w:val="22"/>
        </w:rPr>
        <w:t xml:space="preserve"> de </w:t>
      </w:r>
      <w:proofErr w:type="spellStart"/>
      <w:r w:rsidRPr="00B87077">
        <w:rPr>
          <w:rFonts w:cs="Arial"/>
          <w:b/>
          <w:color w:val="000000" w:themeColor="text1"/>
          <w:sz w:val="22"/>
        </w:rPr>
        <w:t>identificación</w:t>
      </w:r>
      <w:proofErr w:type="spellEnd"/>
      <w:r w:rsidRPr="00B87077">
        <w:rPr>
          <w:rFonts w:cs="Arial"/>
          <w:b/>
          <w:color w:val="000000" w:themeColor="text1"/>
          <w:sz w:val="22"/>
        </w:rPr>
        <w:t xml:space="preserve"> del </w:t>
      </w:r>
      <w:proofErr w:type="spellStart"/>
      <w:r w:rsidRPr="00B87077">
        <w:rPr>
          <w:rFonts w:cs="Arial"/>
          <w:b/>
          <w:color w:val="000000" w:themeColor="text1"/>
          <w:sz w:val="22"/>
        </w:rPr>
        <w:t>postulante</w:t>
      </w:r>
      <w:proofErr w:type="spellEnd"/>
      <w:r w:rsidRPr="00B87077">
        <w:rPr>
          <w:rFonts w:cs="Arial"/>
          <w:b/>
          <w:color w:val="000000" w:themeColor="text1"/>
          <w:sz w:val="22"/>
        </w:rPr>
        <w:t xml:space="preserve"> principal</w:t>
      </w:r>
    </w:p>
    <w:p w14:paraId="5788C2B2" w14:textId="77777777" w:rsidR="001B388E" w:rsidRPr="00B87077" w:rsidRDefault="00557ADF" w:rsidP="00B87077">
      <w:pPr>
        <w:spacing w:after="0"/>
        <w:rPr>
          <w:rFonts w:cs="Arial"/>
          <w:color w:val="000000" w:themeColor="text1"/>
          <w:sz w:val="22"/>
        </w:rPr>
      </w:pPr>
      <w:proofErr w:type="spellStart"/>
      <w:r w:rsidRPr="00B87077">
        <w:rPr>
          <w:rFonts w:cs="Arial"/>
          <w:b/>
          <w:color w:val="000000" w:themeColor="text1"/>
          <w:sz w:val="22"/>
        </w:rPr>
        <w:t>Nota</w:t>
      </w:r>
      <w:proofErr w:type="spellEnd"/>
      <w:r w:rsidRPr="00B87077">
        <w:rPr>
          <w:rFonts w:cs="Arial"/>
          <w:b/>
          <w:color w:val="000000" w:themeColor="text1"/>
          <w:sz w:val="22"/>
        </w:rPr>
        <w:t xml:space="preserve">: </w:t>
      </w:r>
      <w:proofErr w:type="spellStart"/>
      <w:r w:rsidRPr="00B87077">
        <w:rPr>
          <w:rFonts w:cs="Arial"/>
          <w:i/>
          <w:color w:val="000000" w:themeColor="text1"/>
          <w:sz w:val="22"/>
        </w:rPr>
        <w:t>Completar</w:t>
      </w:r>
      <w:proofErr w:type="spellEnd"/>
      <w:r w:rsidRPr="00B87077">
        <w:rPr>
          <w:rFonts w:cs="Arial"/>
          <w:i/>
          <w:color w:val="000000" w:themeColor="text1"/>
          <w:sz w:val="22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2"/>
        </w:rPr>
        <w:t>todos</w:t>
      </w:r>
      <w:proofErr w:type="spellEnd"/>
      <w:r w:rsidRPr="00B87077">
        <w:rPr>
          <w:rFonts w:cs="Arial"/>
          <w:i/>
          <w:color w:val="000000" w:themeColor="text1"/>
          <w:sz w:val="22"/>
        </w:rPr>
        <w:t xml:space="preserve"> los </w:t>
      </w:r>
      <w:proofErr w:type="spellStart"/>
      <w:r w:rsidRPr="00B87077">
        <w:rPr>
          <w:rFonts w:cs="Arial"/>
          <w:i/>
          <w:color w:val="000000" w:themeColor="text1"/>
          <w:sz w:val="22"/>
        </w:rPr>
        <w:t>campos</w:t>
      </w:r>
      <w:proofErr w:type="spellEnd"/>
      <w:r w:rsidRPr="00B87077">
        <w:rPr>
          <w:rFonts w:cs="Arial"/>
          <w:i/>
          <w:color w:val="000000" w:themeColor="text1"/>
          <w:sz w:val="22"/>
        </w:rPr>
        <w:t xml:space="preserve">. </w:t>
      </w:r>
      <w:proofErr w:type="spellStart"/>
      <w:r w:rsidRPr="00B87077">
        <w:rPr>
          <w:rFonts w:cs="Arial"/>
          <w:i/>
          <w:color w:val="000000" w:themeColor="text1"/>
          <w:sz w:val="22"/>
        </w:rPr>
        <w:t>Cuando</w:t>
      </w:r>
      <w:proofErr w:type="spellEnd"/>
      <w:r w:rsidRPr="00B87077">
        <w:rPr>
          <w:rFonts w:cs="Arial"/>
          <w:i/>
          <w:color w:val="000000" w:themeColor="text1"/>
          <w:sz w:val="22"/>
        </w:rPr>
        <w:t xml:space="preserve"> una </w:t>
      </w:r>
      <w:proofErr w:type="spellStart"/>
      <w:r w:rsidRPr="00B87077">
        <w:rPr>
          <w:rFonts w:cs="Arial"/>
          <w:i/>
          <w:color w:val="000000" w:themeColor="text1"/>
          <w:sz w:val="22"/>
        </w:rPr>
        <w:t>sección</w:t>
      </w:r>
      <w:proofErr w:type="spellEnd"/>
      <w:r w:rsidRPr="00B87077">
        <w:rPr>
          <w:rFonts w:cs="Arial"/>
          <w:i/>
          <w:color w:val="000000" w:themeColor="text1"/>
          <w:sz w:val="22"/>
        </w:rPr>
        <w:t xml:space="preserve"> no </w:t>
      </w:r>
      <w:proofErr w:type="spellStart"/>
      <w:r w:rsidRPr="00B87077">
        <w:rPr>
          <w:rFonts w:cs="Arial"/>
          <w:i/>
          <w:color w:val="000000" w:themeColor="text1"/>
          <w:sz w:val="22"/>
        </w:rPr>
        <w:t>aplique</w:t>
      </w:r>
      <w:proofErr w:type="spellEnd"/>
      <w:r w:rsidRPr="00B87077">
        <w:rPr>
          <w:rFonts w:cs="Arial"/>
          <w:i/>
          <w:color w:val="000000" w:themeColor="text1"/>
          <w:sz w:val="22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2"/>
        </w:rPr>
        <w:t>colocar</w:t>
      </w:r>
      <w:proofErr w:type="spellEnd"/>
      <w:r w:rsidRPr="00B87077">
        <w:rPr>
          <w:rFonts w:cs="Arial"/>
          <w:i/>
          <w:color w:val="000000" w:themeColor="text1"/>
          <w:sz w:val="22"/>
        </w:rPr>
        <w:t xml:space="preserve"> 'No </w:t>
      </w:r>
      <w:proofErr w:type="spellStart"/>
      <w:r w:rsidRPr="00B87077">
        <w:rPr>
          <w:rFonts w:cs="Arial"/>
          <w:i/>
          <w:color w:val="000000" w:themeColor="text1"/>
          <w:sz w:val="22"/>
        </w:rPr>
        <w:t>aplica</w:t>
      </w:r>
      <w:proofErr w:type="spellEnd"/>
      <w:r w:rsidRPr="00B87077">
        <w:rPr>
          <w:rFonts w:cs="Arial"/>
          <w:i/>
          <w:color w:val="000000" w:themeColor="text1"/>
          <w:sz w:val="22"/>
        </w:rPr>
        <w:t>'.</w:t>
      </w:r>
    </w:p>
    <w:p w14:paraId="34A20A2B" w14:textId="77777777" w:rsidR="001B388E" w:rsidRPr="00B87077" w:rsidRDefault="00557ADF" w:rsidP="00B87077">
      <w:pPr>
        <w:pStyle w:val="Ttulo2"/>
        <w:spacing w:after="0"/>
        <w:rPr>
          <w:rFonts w:ascii="Arial" w:hAnsi="Arial" w:cs="Arial"/>
          <w:color w:val="000000" w:themeColor="text1"/>
          <w:sz w:val="22"/>
          <w:szCs w:val="22"/>
        </w:rPr>
      </w:pPr>
      <w:r w:rsidRPr="00B87077">
        <w:rPr>
          <w:rFonts w:ascii="Arial" w:hAnsi="Arial" w:cs="Arial"/>
          <w:color w:val="000000" w:themeColor="text1"/>
          <w:sz w:val="22"/>
          <w:szCs w:val="22"/>
        </w:rPr>
        <w:t xml:space="preserve">1. </w:t>
      </w:r>
      <w:proofErr w:type="spellStart"/>
      <w:r w:rsidRPr="00B87077">
        <w:rPr>
          <w:rFonts w:ascii="Arial" w:hAnsi="Arial" w:cs="Arial"/>
          <w:color w:val="000000" w:themeColor="text1"/>
          <w:sz w:val="22"/>
          <w:szCs w:val="22"/>
        </w:rPr>
        <w:t>Datos</w:t>
      </w:r>
      <w:proofErr w:type="spellEnd"/>
      <w:r w:rsidRPr="00B8707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87077">
        <w:rPr>
          <w:rFonts w:ascii="Arial" w:hAnsi="Arial" w:cs="Arial"/>
          <w:color w:val="000000" w:themeColor="text1"/>
          <w:sz w:val="22"/>
          <w:szCs w:val="22"/>
        </w:rPr>
        <w:t>generales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5896"/>
      </w:tblGrid>
      <w:tr w:rsidR="00B87077" w:rsidRPr="00B87077" w14:paraId="0D837048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76CF5DA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Nombres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y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apellidos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completos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A208B0E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B87077" w14:paraId="0487B8C6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677259E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Cédula de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ciudadanía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3EADF5D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B87077" w14:paraId="429234FE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5C82A11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Fecha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de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nacimiento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B02B979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B87077" w14:paraId="59FD1B03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E07CC89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Edad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C3EA2ED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B87077" w14:paraId="4D91E505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E0235C7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Teléfono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celular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5D5FE85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B87077" w14:paraId="6D66C30F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10BCD33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Correo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electrónico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CCC1C4E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</w:tbl>
    <w:p w14:paraId="1A5617DA" w14:textId="77777777" w:rsidR="001B388E" w:rsidRPr="00B87077" w:rsidRDefault="00557ADF" w:rsidP="00B87077">
      <w:pPr>
        <w:pStyle w:val="Ttulo2"/>
        <w:spacing w:after="0"/>
        <w:rPr>
          <w:rFonts w:ascii="Arial" w:hAnsi="Arial" w:cs="Arial"/>
          <w:color w:val="000000" w:themeColor="text1"/>
          <w:sz w:val="22"/>
          <w:szCs w:val="22"/>
        </w:rPr>
      </w:pPr>
      <w:r w:rsidRPr="00B87077">
        <w:rPr>
          <w:rFonts w:ascii="Arial" w:hAnsi="Arial" w:cs="Arial"/>
          <w:color w:val="000000" w:themeColor="text1"/>
          <w:sz w:val="22"/>
          <w:szCs w:val="22"/>
        </w:rPr>
        <w:t xml:space="preserve">2. </w:t>
      </w:r>
      <w:proofErr w:type="spellStart"/>
      <w:r w:rsidRPr="00B87077">
        <w:rPr>
          <w:rFonts w:ascii="Arial" w:hAnsi="Arial" w:cs="Arial"/>
          <w:color w:val="000000" w:themeColor="text1"/>
          <w:sz w:val="22"/>
          <w:szCs w:val="22"/>
        </w:rPr>
        <w:t>Domicilio</w:t>
      </w:r>
      <w:proofErr w:type="spellEnd"/>
      <w:r w:rsidRPr="00B87077">
        <w:rPr>
          <w:rFonts w:ascii="Arial" w:hAnsi="Arial" w:cs="Arial"/>
          <w:color w:val="000000" w:themeColor="text1"/>
          <w:sz w:val="22"/>
          <w:szCs w:val="22"/>
        </w:rPr>
        <w:t xml:space="preserve"> y residencia </w:t>
      </w:r>
      <w:proofErr w:type="spellStart"/>
      <w:r w:rsidRPr="00B87077">
        <w:rPr>
          <w:rFonts w:ascii="Arial" w:hAnsi="Arial" w:cs="Arial"/>
          <w:color w:val="000000" w:themeColor="text1"/>
          <w:sz w:val="22"/>
          <w:szCs w:val="22"/>
        </w:rPr>
        <w:t>en</w:t>
      </w:r>
      <w:proofErr w:type="spellEnd"/>
      <w:r w:rsidRPr="00B8707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87077">
        <w:rPr>
          <w:rFonts w:ascii="Arial" w:hAnsi="Arial" w:cs="Arial"/>
          <w:color w:val="000000" w:themeColor="text1"/>
          <w:sz w:val="22"/>
          <w:szCs w:val="22"/>
        </w:rPr>
        <w:t>el</w:t>
      </w:r>
      <w:proofErr w:type="spellEnd"/>
      <w:r w:rsidRPr="00B87077">
        <w:rPr>
          <w:rFonts w:ascii="Arial" w:hAnsi="Arial" w:cs="Arial"/>
          <w:color w:val="000000" w:themeColor="text1"/>
          <w:sz w:val="22"/>
          <w:szCs w:val="22"/>
        </w:rPr>
        <w:t xml:space="preserve"> DMQ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5896"/>
      </w:tblGrid>
      <w:tr w:rsidR="00B87077" w:rsidRPr="00B87077" w14:paraId="3E3E9226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3DDD458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Dirección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domiciliaria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0281F1E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B87077" w14:paraId="09B0D458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17983E4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Parroquia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DC56B44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B87077" w14:paraId="3883381D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FCEDB44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Administración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zonal</w:t>
            </w:r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DBEB71B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B87077" w14:paraId="0CCC5126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D0C77F2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Tiempo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de residencia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en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el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DMQ</w:t>
            </w:r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262365D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B87077" w14:paraId="56046137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551DD9A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Certificado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de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empadronamiento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adjunto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0AF094C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2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2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     [ ] No</w:t>
            </w:r>
          </w:p>
        </w:tc>
      </w:tr>
    </w:tbl>
    <w:p w14:paraId="011270CF" w14:textId="77777777" w:rsidR="001B388E" w:rsidRPr="00B87077" w:rsidRDefault="00557ADF" w:rsidP="00B87077">
      <w:pPr>
        <w:pStyle w:val="Ttulo2"/>
        <w:spacing w:after="0"/>
        <w:rPr>
          <w:rFonts w:ascii="Arial" w:hAnsi="Arial" w:cs="Arial"/>
          <w:color w:val="000000" w:themeColor="text1"/>
          <w:sz w:val="22"/>
          <w:szCs w:val="22"/>
        </w:rPr>
      </w:pPr>
      <w:r w:rsidRPr="00B87077">
        <w:rPr>
          <w:rFonts w:ascii="Arial" w:hAnsi="Arial" w:cs="Arial"/>
          <w:color w:val="000000" w:themeColor="text1"/>
          <w:sz w:val="22"/>
          <w:szCs w:val="22"/>
        </w:rPr>
        <w:t xml:space="preserve">3. Tipo de </w:t>
      </w:r>
      <w:proofErr w:type="spellStart"/>
      <w:r w:rsidRPr="00B87077">
        <w:rPr>
          <w:rFonts w:ascii="Arial" w:hAnsi="Arial" w:cs="Arial"/>
          <w:color w:val="000000" w:themeColor="text1"/>
          <w:sz w:val="22"/>
          <w:szCs w:val="22"/>
        </w:rPr>
        <w:t>postulación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5896"/>
      </w:tblGrid>
      <w:tr w:rsidR="00B87077" w:rsidRPr="00B87077" w14:paraId="1DF2811E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B7E7929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Modalidad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DFAEA11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2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2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Colectivo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     [ ]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Organización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 social     [ ]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Ciudadano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/a a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título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 personal</w:t>
            </w:r>
          </w:p>
        </w:tc>
      </w:tr>
      <w:tr w:rsidR="00B87077" w:rsidRPr="00B87077" w14:paraId="65E22B89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B5027F3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Nombre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del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colectivo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u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organización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D197D21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B87077" w14:paraId="6EA30A98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0AD0ABA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Cargo o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rol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dentro del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colectivo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>/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organización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98140E2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B87077" w14:paraId="2DF03DBE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FDA6A04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Años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de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vinculación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a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movilidad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sostenible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92224F2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</w:tbl>
    <w:p w14:paraId="747D762A" w14:textId="77777777" w:rsidR="001B388E" w:rsidRPr="00B87077" w:rsidRDefault="00557ADF" w:rsidP="00B87077">
      <w:pPr>
        <w:pStyle w:val="Ttulo2"/>
        <w:spacing w:after="0"/>
        <w:rPr>
          <w:rFonts w:ascii="Arial" w:hAnsi="Arial" w:cs="Arial"/>
          <w:color w:val="000000" w:themeColor="text1"/>
          <w:sz w:val="22"/>
          <w:szCs w:val="22"/>
        </w:rPr>
      </w:pPr>
      <w:r w:rsidRPr="00B87077">
        <w:rPr>
          <w:rFonts w:ascii="Arial" w:hAnsi="Arial" w:cs="Arial"/>
          <w:color w:val="000000" w:themeColor="text1"/>
          <w:sz w:val="22"/>
          <w:szCs w:val="22"/>
        </w:rPr>
        <w:t xml:space="preserve">4. </w:t>
      </w:r>
      <w:proofErr w:type="spellStart"/>
      <w:r w:rsidRPr="00B87077">
        <w:rPr>
          <w:rFonts w:ascii="Arial" w:hAnsi="Arial" w:cs="Arial"/>
          <w:color w:val="000000" w:themeColor="text1"/>
          <w:sz w:val="22"/>
          <w:szCs w:val="22"/>
        </w:rPr>
        <w:t>Modos</w:t>
      </w:r>
      <w:proofErr w:type="spellEnd"/>
      <w:r w:rsidRPr="00B87077">
        <w:rPr>
          <w:rFonts w:ascii="Arial" w:hAnsi="Arial" w:cs="Arial"/>
          <w:color w:val="000000" w:themeColor="text1"/>
          <w:sz w:val="22"/>
          <w:szCs w:val="22"/>
        </w:rPr>
        <w:t xml:space="preserve"> de </w:t>
      </w:r>
      <w:proofErr w:type="spellStart"/>
      <w:r w:rsidRPr="00B87077">
        <w:rPr>
          <w:rFonts w:ascii="Arial" w:hAnsi="Arial" w:cs="Arial"/>
          <w:color w:val="000000" w:themeColor="text1"/>
          <w:sz w:val="22"/>
          <w:szCs w:val="22"/>
        </w:rPr>
        <w:t>transporte</w:t>
      </w:r>
      <w:proofErr w:type="spellEnd"/>
      <w:r w:rsidRPr="00B8707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87077">
        <w:rPr>
          <w:rFonts w:ascii="Arial" w:hAnsi="Arial" w:cs="Arial"/>
          <w:color w:val="000000" w:themeColor="text1"/>
          <w:sz w:val="22"/>
          <w:szCs w:val="22"/>
        </w:rPr>
        <w:t>sostenible</w:t>
      </w:r>
      <w:proofErr w:type="spellEnd"/>
      <w:r w:rsidRPr="00B87077">
        <w:rPr>
          <w:rFonts w:ascii="Arial" w:hAnsi="Arial" w:cs="Arial"/>
          <w:color w:val="000000" w:themeColor="text1"/>
          <w:sz w:val="22"/>
          <w:szCs w:val="22"/>
        </w:rPr>
        <w:t xml:space="preserve"> con los que se vincula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5896"/>
      </w:tblGrid>
      <w:tr w:rsidR="00B87077" w:rsidRPr="00B87077" w14:paraId="1DEA3F40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C2B28CA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Área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principal</w:t>
            </w:r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EC886DA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2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2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Caminata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     [ ] Bicicleta     [ ]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Micromovilidad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     [ ]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Transporte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público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 e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intermodalidad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     [ ]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Seguridad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 vial     [ ]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Otro</w:t>
            </w:r>
            <w:proofErr w:type="spellEnd"/>
          </w:p>
        </w:tc>
      </w:tr>
      <w:tr w:rsidR="00B87077" w:rsidRPr="00B87077" w14:paraId="562E279B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E893D03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Descripción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2"/>
              </w:rPr>
              <w:t xml:space="preserve"> breve de la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2"/>
              </w:rPr>
              <w:t>trayectoria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1F66FDC" w14:textId="77777777" w:rsidR="001B388E" w:rsidRPr="00B87077" w:rsidRDefault="00557ADF" w:rsidP="00B87077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</w:tbl>
    <w:p w14:paraId="43B25999" w14:textId="77777777" w:rsidR="001B388E" w:rsidRPr="00B87077" w:rsidRDefault="00557ADF" w:rsidP="00B87077">
      <w:pPr>
        <w:spacing w:after="0"/>
        <w:jc w:val="both"/>
        <w:rPr>
          <w:rFonts w:cs="Arial"/>
          <w:color w:val="000000" w:themeColor="text1"/>
          <w:sz w:val="22"/>
        </w:rPr>
      </w:pPr>
      <w:proofErr w:type="spellStart"/>
      <w:r w:rsidRPr="00B87077">
        <w:rPr>
          <w:rFonts w:cs="Arial"/>
          <w:color w:val="000000" w:themeColor="text1"/>
          <w:sz w:val="22"/>
        </w:rPr>
        <w:t>Declaro</w:t>
      </w:r>
      <w:proofErr w:type="spellEnd"/>
      <w:r w:rsidRPr="00B87077">
        <w:rPr>
          <w:rFonts w:cs="Arial"/>
          <w:color w:val="000000" w:themeColor="text1"/>
          <w:sz w:val="22"/>
        </w:rPr>
        <w:t xml:space="preserve"> que la </w:t>
      </w:r>
      <w:proofErr w:type="spellStart"/>
      <w:r w:rsidRPr="00B87077">
        <w:rPr>
          <w:rFonts w:cs="Arial"/>
          <w:color w:val="000000" w:themeColor="text1"/>
          <w:sz w:val="22"/>
        </w:rPr>
        <w:t>información</w:t>
      </w:r>
      <w:proofErr w:type="spellEnd"/>
      <w:r w:rsidRPr="00B87077">
        <w:rPr>
          <w:rFonts w:cs="Arial"/>
          <w:color w:val="000000" w:themeColor="text1"/>
          <w:sz w:val="22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2"/>
        </w:rPr>
        <w:t>consignada</w:t>
      </w:r>
      <w:proofErr w:type="spellEnd"/>
      <w:r w:rsidRPr="00B87077">
        <w:rPr>
          <w:rFonts w:cs="Arial"/>
          <w:color w:val="000000" w:themeColor="text1"/>
          <w:sz w:val="22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2"/>
        </w:rPr>
        <w:t>en</w:t>
      </w:r>
      <w:proofErr w:type="spellEnd"/>
      <w:r w:rsidRPr="00B87077">
        <w:rPr>
          <w:rFonts w:cs="Arial"/>
          <w:color w:val="000000" w:themeColor="text1"/>
          <w:sz w:val="22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2"/>
        </w:rPr>
        <w:t>este</w:t>
      </w:r>
      <w:proofErr w:type="spellEnd"/>
      <w:r w:rsidRPr="00B87077">
        <w:rPr>
          <w:rFonts w:cs="Arial"/>
          <w:color w:val="000000" w:themeColor="text1"/>
          <w:sz w:val="22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2"/>
        </w:rPr>
        <w:t>formulario</w:t>
      </w:r>
      <w:proofErr w:type="spellEnd"/>
      <w:r w:rsidRPr="00B87077">
        <w:rPr>
          <w:rFonts w:cs="Arial"/>
          <w:color w:val="000000" w:themeColor="text1"/>
          <w:sz w:val="22"/>
        </w:rPr>
        <w:t xml:space="preserve"> es </w:t>
      </w:r>
      <w:proofErr w:type="spellStart"/>
      <w:r w:rsidRPr="00B87077">
        <w:rPr>
          <w:rFonts w:cs="Arial"/>
          <w:color w:val="000000" w:themeColor="text1"/>
          <w:sz w:val="22"/>
        </w:rPr>
        <w:t>correcta</w:t>
      </w:r>
      <w:proofErr w:type="spellEnd"/>
      <w:r w:rsidRPr="00B87077">
        <w:rPr>
          <w:rFonts w:cs="Arial"/>
          <w:color w:val="000000" w:themeColor="text1"/>
          <w:sz w:val="22"/>
        </w:rPr>
        <w:t xml:space="preserve"> y </w:t>
      </w:r>
      <w:proofErr w:type="spellStart"/>
      <w:r w:rsidRPr="00B87077">
        <w:rPr>
          <w:rFonts w:cs="Arial"/>
          <w:color w:val="000000" w:themeColor="text1"/>
          <w:sz w:val="22"/>
        </w:rPr>
        <w:t>autorizo</w:t>
      </w:r>
      <w:proofErr w:type="spellEnd"/>
      <w:r w:rsidRPr="00B87077">
        <w:rPr>
          <w:rFonts w:cs="Arial"/>
          <w:color w:val="000000" w:themeColor="text1"/>
          <w:sz w:val="22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2"/>
        </w:rPr>
        <w:t>su</w:t>
      </w:r>
      <w:proofErr w:type="spellEnd"/>
      <w:r w:rsidRPr="00B87077">
        <w:rPr>
          <w:rFonts w:cs="Arial"/>
          <w:color w:val="000000" w:themeColor="text1"/>
          <w:sz w:val="22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2"/>
        </w:rPr>
        <w:t>verificación</w:t>
      </w:r>
      <w:proofErr w:type="spellEnd"/>
      <w:r w:rsidRPr="00B87077">
        <w:rPr>
          <w:rFonts w:cs="Arial"/>
          <w:color w:val="000000" w:themeColor="text1"/>
          <w:sz w:val="22"/>
        </w:rPr>
        <w:t xml:space="preserve"> para los fines </w:t>
      </w:r>
      <w:proofErr w:type="spellStart"/>
      <w:r w:rsidRPr="00B87077">
        <w:rPr>
          <w:rFonts w:cs="Arial"/>
          <w:color w:val="000000" w:themeColor="text1"/>
          <w:sz w:val="22"/>
        </w:rPr>
        <w:t>exclusivos</w:t>
      </w:r>
      <w:proofErr w:type="spellEnd"/>
      <w:r w:rsidRPr="00B87077">
        <w:rPr>
          <w:rFonts w:cs="Arial"/>
          <w:color w:val="000000" w:themeColor="text1"/>
          <w:sz w:val="22"/>
        </w:rPr>
        <w:t xml:space="preserve"> del </w:t>
      </w:r>
      <w:proofErr w:type="spellStart"/>
      <w:r w:rsidRPr="00B87077">
        <w:rPr>
          <w:rFonts w:cs="Arial"/>
          <w:color w:val="000000" w:themeColor="text1"/>
          <w:sz w:val="22"/>
        </w:rPr>
        <w:t>proceso</w:t>
      </w:r>
      <w:proofErr w:type="spellEnd"/>
      <w:r w:rsidRPr="00B87077">
        <w:rPr>
          <w:rFonts w:cs="Arial"/>
          <w:color w:val="000000" w:themeColor="text1"/>
          <w:sz w:val="22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2"/>
        </w:rPr>
        <w:t>selección</w:t>
      </w:r>
      <w:proofErr w:type="spellEnd"/>
      <w:r w:rsidRPr="00B87077">
        <w:rPr>
          <w:rFonts w:cs="Arial"/>
          <w:color w:val="000000" w:themeColor="text1"/>
          <w:sz w:val="22"/>
        </w:rPr>
        <w:t>.</w:t>
      </w:r>
    </w:p>
    <w:p w14:paraId="2C2418D3" w14:textId="77777777" w:rsidR="001B388E" w:rsidRPr="00B87077" w:rsidRDefault="001B388E" w:rsidP="00B87077">
      <w:pPr>
        <w:spacing w:after="0"/>
        <w:rPr>
          <w:rFonts w:cs="Arial"/>
          <w:color w:val="000000" w:themeColor="text1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31"/>
      </w:tblGrid>
      <w:tr w:rsidR="00B87077" w:rsidRPr="00B87077" w14:paraId="4A8ABEEB" w14:textId="77777777">
        <w:trPr>
          <w:jc w:val="center"/>
        </w:trPr>
        <w:tc>
          <w:tcPr>
            <w:tcW w:w="8731" w:type="dxa"/>
            <w:vAlign w:val="center"/>
          </w:tcPr>
          <w:p w14:paraId="7FD9331C" w14:textId="77777777" w:rsidR="001B388E" w:rsidRPr="00B87077" w:rsidRDefault="00557ADF" w:rsidP="00B87077">
            <w:pPr>
              <w:spacing w:after="0"/>
              <w:jc w:val="center"/>
              <w:rPr>
                <w:rFonts w:cs="Arial"/>
                <w:color w:val="000000" w:themeColor="text1"/>
                <w:sz w:val="22"/>
              </w:rPr>
            </w:pPr>
            <w:r w:rsidRPr="00B87077">
              <w:rPr>
                <w:rFonts w:cs="Arial"/>
                <w:color w:val="000000" w:themeColor="text1"/>
                <w:sz w:val="22"/>
              </w:rPr>
              <w:br/>
              <w:t>______________________________</w:t>
            </w:r>
          </w:p>
        </w:tc>
      </w:tr>
      <w:tr w:rsidR="00B87077" w:rsidRPr="00B87077" w14:paraId="56997507" w14:textId="77777777">
        <w:trPr>
          <w:jc w:val="center"/>
        </w:trPr>
        <w:tc>
          <w:tcPr>
            <w:tcW w:w="8731" w:type="dxa"/>
            <w:vAlign w:val="center"/>
          </w:tcPr>
          <w:p w14:paraId="47CB200D" w14:textId="77777777" w:rsidR="001B388E" w:rsidRPr="00B87077" w:rsidRDefault="00557ADF" w:rsidP="00B87077">
            <w:pPr>
              <w:spacing w:after="0"/>
              <w:jc w:val="center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Firma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2"/>
              </w:rPr>
              <w:t>postulante</w:t>
            </w:r>
            <w:proofErr w:type="spellEnd"/>
            <w:r w:rsidRPr="00B87077">
              <w:rPr>
                <w:rFonts w:cs="Arial"/>
                <w:color w:val="000000" w:themeColor="text1"/>
                <w:sz w:val="22"/>
              </w:rPr>
              <w:t xml:space="preserve"> principal</w:t>
            </w:r>
          </w:p>
        </w:tc>
      </w:tr>
    </w:tbl>
    <w:p w14:paraId="229C8202" w14:textId="77777777" w:rsidR="008B5654" w:rsidRDefault="008B5654" w:rsidP="00820DE8">
      <w:pPr>
        <w:spacing w:after="0"/>
        <w:jc w:val="center"/>
        <w:rPr>
          <w:rFonts w:cs="Arial"/>
          <w:b/>
          <w:color w:val="000000" w:themeColor="text1"/>
          <w:sz w:val="22"/>
        </w:rPr>
      </w:pPr>
    </w:p>
    <w:p w14:paraId="190D707D" w14:textId="77777777" w:rsidR="008B5654" w:rsidRDefault="008B5654" w:rsidP="00820DE8">
      <w:pPr>
        <w:spacing w:after="0"/>
        <w:jc w:val="center"/>
        <w:rPr>
          <w:rFonts w:cs="Arial"/>
          <w:b/>
          <w:color w:val="000000" w:themeColor="text1"/>
          <w:sz w:val="22"/>
        </w:rPr>
      </w:pPr>
    </w:p>
    <w:p w14:paraId="499D5FF2" w14:textId="77777777" w:rsidR="008B5654" w:rsidRDefault="008B5654" w:rsidP="00820DE8">
      <w:pPr>
        <w:spacing w:after="0"/>
        <w:jc w:val="center"/>
        <w:rPr>
          <w:rFonts w:cs="Arial"/>
          <w:b/>
          <w:color w:val="000000" w:themeColor="text1"/>
          <w:sz w:val="22"/>
        </w:rPr>
      </w:pPr>
    </w:p>
    <w:p w14:paraId="15F5D796" w14:textId="33A12F39" w:rsidR="001B388E" w:rsidRPr="00820DE8" w:rsidRDefault="00557ADF" w:rsidP="00820DE8">
      <w:pPr>
        <w:spacing w:after="0"/>
        <w:jc w:val="center"/>
        <w:rPr>
          <w:rFonts w:cs="Arial"/>
          <w:color w:val="000000" w:themeColor="text1"/>
          <w:sz w:val="22"/>
        </w:rPr>
      </w:pPr>
      <w:r w:rsidRPr="00820DE8">
        <w:rPr>
          <w:rFonts w:cs="Arial"/>
          <w:b/>
          <w:color w:val="000000" w:themeColor="text1"/>
          <w:sz w:val="22"/>
        </w:rPr>
        <w:lastRenderedPageBreak/>
        <w:t>ANEXO 3</w:t>
      </w:r>
    </w:p>
    <w:p w14:paraId="135C4154" w14:textId="77777777" w:rsidR="001B388E" w:rsidRPr="00820DE8" w:rsidRDefault="00557ADF" w:rsidP="00820DE8">
      <w:pPr>
        <w:spacing w:after="0"/>
        <w:jc w:val="center"/>
        <w:rPr>
          <w:rFonts w:cs="Arial"/>
          <w:color w:val="000000" w:themeColor="text1"/>
          <w:sz w:val="22"/>
        </w:rPr>
      </w:pPr>
      <w:proofErr w:type="spellStart"/>
      <w:r w:rsidRPr="00820DE8">
        <w:rPr>
          <w:rFonts w:cs="Arial"/>
          <w:b/>
          <w:color w:val="000000" w:themeColor="text1"/>
          <w:sz w:val="22"/>
        </w:rPr>
        <w:t>Formulario</w:t>
      </w:r>
      <w:proofErr w:type="spellEnd"/>
      <w:r w:rsidRPr="00820DE8">
        <w:rPr>
          <w:rFonts w:cs="Arial"/>
          <w:b/>
          <w:color w:val="000000" w:themeColor="text1"/>
          <w:sz w:val="22"/>
        </w:rPr>
        <w:t xml:space="preserve"> de </w:t>
      </w:r>
      <w:proofErr w:type="spellStart"/>
      <w:r w:rsidRPr="00820DE8">
        <w:rPr>
          <w:rFonts w:cs="Arial"/>
          <w:b/>
          <w:color w:val="000000" w:themeColor="text1"/>
          <w:sz w:val="22"/>
        </w:rPr>
        <w:t>identificación</w:t>
      </w:r>
      <w:proofErr w:type="spellEnd"/>
      <w:r w:rsidRPr="00820DE8">
        <w:rPr>
          <w:rFonts w:cs="Arial"/>
          <w:b/>
          <w:color w:val="000000" w:themeColor="text1"/>
          <w:sz w:val="22"/>
        </w:rPr>
        <w:t xml:space="preserve"> del </w:t>
      </w:r>
      <w:proofErr w:type="spellStart"/>
      <w:r w:rsidRPr="00820DE8">
        <w:rPr>
          <w:rFonts w:cs="Arial"/>
          <w:b/>
          <w:color w:val="000000" w:themeColor="text1"/>
          <w:sz w:val="22"/>
        </w:rPr>
        <w:t>representante</w:t>
      </w:r>
      <w:proofErr w:type="spellEnd"/>
      <w:r w:rsidRPr="00820DE8">
        <w:rPr>
          <w:rFonts w:cs="Arial"/>
          <w:b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b/>
          <w:color w:val="000000" w:themeColor="text1"/>
          <w:sz w:val="22"/>
        </w:rPr>
        <w:t>alterno</w:t>
      </w:r>
      <w:proofErr w:type="spellEnd"/>
    </w:p>
    <w:p w14:paraId="5542F0F5" w14:textId="77777777" w:rsidR="001B388E" w:rsidRPr="00820DE8" w:rsidRDefault="00557ADF" w:rsidP="00820DE8">
      <w:pPr>
        <w:spacing w:after="0"/>
        <w:rPr>
          <w:rFonts w:cs="Arial"/>
          <w:color w:val="000000" w:themeColor="text1"/>
          <w:sz w:val="22"/>
        </w:rPr>
      </w:pPr>
      <w:proofErr w:type="spellStart"/>
      <w:r w:rsidRPr="00820DE8">
        <w:rPr>
          <w:rFonts w:cs="Arial"/>
          <w:b/>
          <w:color w:val="000000" w:themeColor="text1"/>
          <w:sz w:val="22"/>
        </w:rPr>
        <w:t>Nota</w:t>
      </w:r>
      <w:proofErr w:type="spellEnd"/>
      <w:r w:rsidRPr="00820DE8">
        <w:rPr>
          <w:rFonts w:cs="Arial"/>
          <w:b/>
          <w:color w:val="000000" w:themeColor="text1"/>
          <w:sz w:val="22"/>
        </w:rPr>
        <w:t xml:space="preserve">: </w:t>
      </w:r>
      <w:r w:rsidRPr="00820DE8">
        <w:rPr>
          <w:rFonts w:cs="Arial"/>
          <w:i/>
          <w:color w:val="000000" w:themeColor="text1"/>
          <w:sz w:val="22"/>
        </w:rPr>
        <w:t xml:space="preserve">El </w:t>
      </w:r>
      <w:proofErr w:type="spellStart"/>
      <w:r w:rsidRPr="00820DE8">
        <w:rPr>
          <w:rFonts w:cs="Arial"/>
          <w:i/>
          <w:color w:val="000000" w:themeColor="text1"/>
          <w:sz w:val="22"/>
        </w:rPr>
        <w:t>representante</w:t>
      </w:r>
      <w:proofErr w:type="spellEnd"/>
      <w:r w:rsidRPr="00820DE8">
        <w:rPr>
          <w:rFonts w:cs="Arial"/>
          <w:i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i/>
          <w:color w:val="000000" w:themeColor="text1"/>
          <w:sz w:val="22"/>
        </w:rPr>
        <w:t>alterno</w:t>
      </w:r>
      <w:proofErr w:type="spellEnd"/>
      <w:r w:rsidRPr="00820DE8">
        <w:rPr>
          <w:rFonts w:cs="Arial"/>
          <w:i/>
          <w:color w:val="000000" w:themeColor="text1"/>
          <w:sz w:val="22"/>
        </w:rPr>
        <w:t xml:space="preserve"> debe </w:t>
      </w:r>
      <w:proofErr w:type="spellStart"/>
      <w:r w:rsidRPr="00820DE8">
        <w:rPr>
          <w:rFonts w:cs="Arial"/>
          <w:i/>
          <w:color w:val="000000" w:themeColor="text1"/>
          <w:sz w:val="22"/>
        </w:rPr>
        <w:t>cumplir</w:t>
      </w:r>
      <w:proofErr w:type="spellEnd"/>
      <w:r w:rsidRPr="00820DE8">
        <w:rPr>
          <w:rFonts w:cs="Arial"/>
          <w:i/>
          <w:color w:val="000000" w:themeColor="text1"/>
          <w:sz w:val="22"/>
        </w:rPr>
        <w:t xml:space="preserve"> los </w:t>
      </w:r>
      <w:proofErr w:type="spellStart"/>
      <w:r w:rsidRPr="00820DE8">
        <w:rPr>
          <w:rFonts w:cs="Arial"/>
          <w:i/>
          <w:color w:val="000000" w:themeColor="text1"/>
          <w:sz w:val="22"/>
        </w:rPr>
        <w:t>mismos</w:t>
      </w:r>
      <w:proofErr w:type="spellEnd"/>
      <w:r w:rsidRPr="00820DE8">
        <w:rPr>
          <w:rFonts w:cs="Arial"/>
          <w:i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i/>
          <w:color w:val="000000" w:themeColor="text1"/>
          <w:sz w:val="22"/>
        </w:rPr>
        <w:t>requisitos</w:t>
      </w:r>
      <w:proofErr w:type="spellEnd"/>
      <w:r w:rsidRPr="00820DE8">
        <w:rPr>
          <w:rFonts w:cs="Arial"/>
          <w:i/>
          <w:color w:val="000000" w:themeColor="text1"/>
          <w:sz w:val="22"/>
        </w:rPr>
        <w:t xml:space="preserve"> del </w:t>
      </w:r>
      <w:proofErr w:type="spellStart"/>
      <w:r w:rsidRPr="00820DE8">
        <w:rPr>
          <w:rFonts w:cs="Arial"/>
          <w:i/>
          <w:color w:val="000000" w:themeColor="text1"/>
          <w:sz w:val="22"/>
        </w:rPr>
        <w:t>postulante</w:t>
      </w:r>
      <w:proofErr w:type="spellEnd"/>
      <w:r w:rsidRPr="00820DE8">
        <w:rPr>
          <w:rFonts w:cs="Arial"/>
          <w:i/>
          <w:color w:val="000000" w:themeColor="text1"/>
          <w:sz w:val="22"/>
        </w:rPr>
        <w:t xml:space="preserve"> principal. </w:t>
      </w:r>
      <w:proofErr w:type="spellStart"/>
      <w:r w:rsidRPr="00820DE8">
        <w:rPr>
          <w:rFonts w:cs="Arial"/>
          <w:i/>
          <w:color w:val="000000" w:themeColor="text1"/>
          <w:sz w:val="22"/>
        </w:rPr>
        <w:t>Adjuntar</w:t>
      </w:r>
      <w:proofErr w:type="spellEnd"/>
      <w:r w:rsidRPr="00820DE8">
        <w:rPr>
          <w:rFonts w:cs="Arial"/>
          <w:i/>
          <w:color w:val="000000" w:themeColor="text1"/>
          <w:sz w:val="22"/>
        </w:rPr>
        <w:t xml:space="preserve"> los </w:t>
      </w:r>
      <w:proofErr w:type="spellStart"/>
      <w:r w:rsidRPr="00820DE8">
        <w:rPr>
          <w:rFonts w:cs="Arial"/>
          <w:i/>
          <w:color w:val="000000" w:themeColor="text1"/>
          <w:sz w:val="22"/>
        </w:rPr>
        <w:t>documentos</w:t>
      </w:r>
      <w:proofErr w:type="spellEnd"/>
      <w:r w:rsidRPr="00820DE8">
        <w:rPr>
          <w:rFonts w:cs="Arial"/>
          <w:i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i/>
          <w:color w:val="000000" w:themeColor="text1"/>
          <w:sz w:val="22"/>
        </w:rPr>
        <w:t>exigidos</w:t>
      </w:r>
      <w:proofErr w:type="spellEnd"/>
      <w:r w:rsidRPr="00820DE8">
        <w:rPr>
          <w:rFonts w:cs="Arial"/>
          <w:i/>
          <w:color w:val="000000" w:themeColor="text1"/>
          <w:sz w:val="22"/>
        </w:rPr>
        <w:t xml:space="preserve"> para </w:t>
      </w:r>
      <w:proofErr w:type="spellStart"/>
      <w:r w:rsidRPr="00820DE8">
        <w:rPr>
          <w:rFonts w:cs="Arial"/>
          <w:i/>
          <w:color w:val="000000" w:themeColor="text1"/>
          <w:sz w:val="22"/>
        </w:rPr>
        <w:t>el</w:t>
      </w:r>
      <w:proofErr w:type="spellEnd"/>
      <w:r w:rsidRPr="00820DE8">
        <w:rPr>
          <w:rFonts w:cs="Arial"/>
          <w:i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i/>
          <w:color w:val="000000" w:themeColor="text1"/>
          <w:sz w:val="22"/>
        </w:rPr>
        <w:t>alterno</w:t>
      </w:r>
      <w:proofErr w:type="spellEnd"/>
      <w:r w:rsidRPr="00820DE8">
        <w:rPr>
          <w:rFonts w:cs="Arial"/>
          <w:i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i/>
          <w:color w:val="000000" w:themeColor="text1"/>
          <w:sz w:val="22"/>
        </w:rPr>
        <w:t>según</w:t>
      </w:r>
      <w:proofErr w:type="spellEnd"/>
      <w:r w:rsidRPr="00820DE8">
        <w:rPr>
          <w:rFonts w:cs="Arial"/>
          <w:i/>
          <w:color w:val="000000" w:themeColor="text1"/>
          <w:sz w:val="22"/>
        </w:rPr>
        <w:t xml:space="preserve"> la </w:t>
      </w:r>
      <w:proofErr w:type="spellStart"/>
      <w:r w:rsidRPr="00820DE8">
        <w:rPr>
          <w:rFonts w:cs="Arial"/>
          <w:i/>
          <w:color w:val="000000" w:themeColor="text1"/>
          <w:sz w:val="22"/>
        </w:rPr>
        <w:t>convocatoria</w:t>
      </w:r>
      <w:proofErr w:type="spellEnd"/>
      <w:r w:rsidRPr="00820DE8">
        <w:rPr>
          <w:rFonts w:cs="Arial"/>
          <w:i/>
          <w:color w:val="000000" w:themeColor="text1"/>
          <w:sz w:val="22"/>
        </w:rPr>
        <w:t>.</w:t>
      </w:r>
    </w:p>
    <w:p w14:paraId="0422BEC0" w14:textId="77777777" w:rsidR="001B388E" w:rsidRPr="00820DE8" w:rsidRDefault="00557ADF" w:rsidP="00820DE8">
      <w:pPr>
        <w:pStyle w:val="Ttulo2"/>
        <w:spacing w:after="0"/>
        <w:rPr>
          <w:rFonts w:ascii="Arial" w:hAnsi="Arial" w:cs="Arial"/>
          <w:color w:val="000000" w:themeColor="text1"/>
          <w:sz w:val="22"/>
          <w:szCs w:val="22"/>
        </w:rPr>
      </w:pPr>
      <w:r w:rsidRPr="00820DE8">
        <w:rPr>
          <w:rFonts w:ascii="Arial" w:hAnsi="Arial" w:cs="Arial"/>
          <w:color w:val="000000" w:themeColor="text1"/>
          <w:sz w:val="22"/>
          <w:szCs w:val="22"/>
        </w:rPr>
        <w:t xml:space="preserve">1. </w:t>
      </w:r>
      <w:proofErr w:type="spellStart"/>
      <w:r w:rsidRPr="00820DE8">
        <w:rPr>
          <w:rFonts w:ascii="Arial" w:hAnsi="Arial" w:cs="Arial"/>
          <w:color w:val="000000" w:themeColor="text1"/>
          <w:sz w:val="22"/>
          <w:szCs w:val="22"/>
        </w:rPr>
        <w:t>Datos</w:t>
      </w:r>
      <w:proofErr w:type="spellEnd"/>
      <w:r w:rsidRPr="00820DE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820DE8">
        <w:rPr>
          <w:rFonts w:ascii="Arial" w:hAnsi="Arial" w:cs="Arial"/>
          <w:color w:val="000000" w:themeColor="text1"/>
          <w:sz w:val="22"/>
          <w:szCs w:val="22"/>
        </w:rPr>
        <w:t>generales</w:t>
      </w:r>
      <w:proofErr w:type="spellEnd"/>
      <w:r w:rsidRPr="00820DE8">
        <w:rPr>
          <w:rFonts w:ascii="Arial" w:hAnsi="Arial" w:cs="Arial"/>
          <w:color w:val="000000" w:themeColor="text1"/>
          <w:sz w:val="22"/>
          <w:szCs w:val="22"/>
        </w:rPr>
        <w:t xml:space="preserve"> del </w:t>
      </w:r>
      <w:proofErr w:type="spellStart"/>
      <w:r w:rsidRPr="00820DE8">
        <w:rPr>
          <w:rFonts w:ascii="Arial" w:hAnsi="Arial" w:cs="Arial"/>
          <w:color w:val="000000" w:themeColor="text1"/>
          <w:sz w:val="22"/>
          <w:szCs w:val="22"/>
        </w:rPr>
        <w:t>alterno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5896"/>
      </w:tblGrid>
      <w:tr w:rsidR="00B87077" w:rsidRPr="00820DE8" w14:paraId="4732FA24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3FC73C3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Nombres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y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apellidos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completos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6F1D987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820DE8" w14:paraId="29DA5904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9B318B7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Cédula de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ciudadanía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6C7CB98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820DE8" w14:paraId="6CD460D5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895BD47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Fecha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de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nacimiento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38B29ED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820DE8" w14:paraId="5A61EB10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A93AF43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Edad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EB755C2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820DE8" w14:paraId="2598E6D5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9839AC1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Teléfono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celular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8D4C511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820DE8" w14:paraId="130D82F5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5DC420E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Correo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electrónico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DDF1AA2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</w:tbl>
    <w:p w14:paraId="0865BD23" w14:textId="77777777" w:rsidR="001B388E" w:rsidRPr="00820DE8" w:rsidRDefault="00557ADF" w:rsidP="00820DE8">
      <w:pPr>
        <w:pStyle w:val="Ttulo2"/>
        <w:spacing w:after="0"/>
        <w:rPr>
          <w:rFonts w:ascii="Arial" w:hAnsi="Arial" w:cs="Arial"/>
          <w:color w:val="000000" w:themeColor="text1"/>
          <w:sz w:val="22"/>
          <w:szCs w:val="22"/>
        </w:rPr>
      </w:pPr>
      <w:r w:rsidRPr="00820DE8">
        <w:rPr>
          <w:rFonts w:ascii="Arial" w:hAnsi="Arial" w:cs="Arial"/>
          <w:color w:val="000000" w:themeColor="text1"/>
          <w:sz w:val="22"/>
          <w:szCs w:val="22"/>
        </w:rPr>
        <w:t xml:space="preserve">2. </w:t>
      </w:r>
      <w:proofErr w:type="spellStart"/>
      <w:r w:rsidRPr="00820DE8">
        <w:rPr>
          <w:rFonts w:ascii="Arial" w:hAnsi="Arial" w:cs="Arial"/>
          <w:color w:val="000000" w:themeColor="text1"/>
          <w:sz w:val="22"/>
          <w:szCs w:val="22"/>
        </w:rPr>
        <w:t>Domicilio</w:t>
      </w:r>
      <w:proofErr w:type="spellEnd"/>
      <w:r w:rsidRPr="00820DE8">
        <w:rPr>
          <w:rFonts w:ascii="Arial" w:hAnsi="Arial" w:cs="Arial"/>
          <w:color w:val="000000" w:themeColor="text1"/>
          <w:sz w:val="22"/>
          <w:szCs w:val="22"/>
        </w:rPr>
        <w:t xml:space="preserve"> y residencia </w:t>
      </w:r>
      <w:proofErr w:type="spellStart"/>
      <w:r w:rsidRPr="00820DE8">
        <w:rPr>
          <w:rFonts w:ascii="Arial" w:hAnsi="Arial" w:cs="Arial"/>
          <w:color w:val="000000" w:themeColor="text1"/>
          <w:sz w:val="22"/>
          <w:szCs w:val="22"/>
        </w:rPr>
        <w:t>en</w:t>
      </w:r>
      <w:proofErr w:type="spellEnd"/>
      <w:r w:rsidRPr="00820DE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820DE8">
        <w:rPr>
          <w:rFonts w:ascii="Arial" w:hAnsi="Arial" w:cs="Arial"/>
          <w:color w:val="000000" w:themeColor="text1"/>
          <w:sz w:val="22"/>
          <w:szCs w:val="22"/>
        </w:rPr>
        <w:t>el</w:t>
      </w:r>
      <w:proofErr w:type="spellEnd"/>
      <w:r w:rsidRPr="00820DE8">
        <w:rPr>
          <w:rFonts w:ascii="Arial" w:hAnsi="Arial" w:cs="Arial"/>
          <w:color w:val="000000" w:themeColor="text1"/>
          <w:sz w:val="22"/>
          <w:szCs w:val="22"/>
        </w:rPr>
        <w:t xml:space="preserve"> DMQ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5896"/>
      </w:tblGrid>
      <w:tr w:rsidR="00B87077" w:rsidRPr="00820DE8" w14:paraId="7B1D9CB6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21589CF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Dirección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domiciliaria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F54967A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820DE8" w14:paraId="38F5FB13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A11DC84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Parroquia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A458B18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820DE8" w14:paraId="076B7526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FADDC32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Administración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zonal</w:t>
            </w:r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BE55144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820DE8" w14:paraId="12B222D4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079E54F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Tiempo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de residencia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en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el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DMQ</w:t>
            </w:r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F5ECB83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820DE8" w14:paraId="33119FE1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6EEE85F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Certificado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de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empadronamiento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adjunto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65557AF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gramStart"/>
            <w:r w:rsidRPr="00820DE8">
              <w:rPr>
                <w:rFonts w:cs="Arial"/>
                <w:color w:val="000000" w:themeColor="text1"/>
                <w:sz w:val="22"/>
              </w:rPr>
              <w:t>[ ]</w:t>
            </w:r>
            <w:proofErr w:type="gramEnd"/>
            <w:r w:rsidRPr="00820DE8">
              <w:rPr>
                <w:rFonts w:cs="Arial"/>
                <w:color w:val="000000" w:themeColor="text1"/>
                <w:sz w:val="22"/>
              </w:rPr>
              <w:t xml:space="preserve"> </w:t>
            </w:r>
            <w:proofErr w:type="spellStart"/>
            <w:r w:rsidRPr="00820DE8">
              <w:rPr>
                <w:rFonts w:cs="Arial"/>
                <w:color w:val="000000" w:themeColor="text1"/>
                <w:sz w:val="22"/>
              </w:rPr>
              <w:t>Sí</w:t>
            </w:r>
            <w:proofErr w:type="spellEnd"/>
            <w:r w:rsidRPr="00820DE8">
              <w:rPr>
                <w:rFonts w:cs="Arial"/>
                <w:color w:val="000000" w:themeColor="text1"/>
                <w:sz w:val="22"/>
              </w:rPr>
              <w:t xml:space="preserve">     [ ] No</w:t>
            </w:r>
          </w:p>
        </w:tc>
      </w:tr>
    </w:tbl>
    <w:p w14:paraId="462F4345" w14:textId="77777777" w:rsidR="001B388E" w:rsidRPr="00820DE8" w:rsidRDefault="00557ADF" w:rsidP="00820DE8">
      <w:pPr>
        <w:pStyle w:val="Ttulo2"/>
        <w:spacing w:after="0"/>
        <w:rPr>
          <w:rFonts w:ascii="Arial" w:hAnsi="Arial" w:cs="Arial"/>
          <w:color w:val="000000" w:themeColor="text1"/>
          <w:sz w:val="22"/>
          <w:szCs w:val="22"/>
        </w:rPr>
      </w:pPr>
      <w:r w:rsidRPr="00820DE8">
        <w:rPr>
          <w:rFonts w:ascii="Arial" w:hAnsi="Arial" w:cs="Arial"/>
          <w:color w:val="000000" w:themeColor="text1"/>
          <w:sz w:val="22"/>
          <w:szCs w:val="22"/>
        </w:rPr>
        <w:t xml:space="preserve">3. </w:t>
      </w:r>
      <w:proofErr w:type="spellStart"/>
      <w:r w:rsidRPr="00820DE8">
        <w:rPr>
          <w:rFonts w:ascii="Arial" w:hAnsi="Arial" w:cs="Arial"/>
          <w:color w:val="000000" w:themeColor="text1"/>
          <w:sz w:val="22"/>
          <w:szCs w:val="22"/>
        </w:rPr>
        <w:t>Relación</w:t>
      </w:r>
      <w:proofErr w:type="spellEnd"/>
      <w:r w:rsidRPr="00820DE8">
        <w:rPr>
          <w:rFonts w:ascii="Arial" w:hAnsi="Arial" w:cs="Arial"/>
          <w:color w:val="000000" w:themeColor="text1"/>
          <w:sz w:val="22"/>
          <w:szCs w:val="22"/>
        </w:rPr>
        <w:t xml:space="preserve"> con la </w:t>
      </w:r>
      <w:proofErr w:type="spellStart"/>
      <w:r w:rsidRPr="00820DE8">
        <w:rPr>
          <w:rFonts w:ascii="Arial" w:hAnsi="Arial" w:cs="Arial"/>
          <w:color w:val="000000" w:themeColor="text1"/>
          <w:sz w:val="22"/>
          <w:szCs w:val="22"/>
        </w:rPr>
        <w:t>postulación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5896"/>
      </w:tblGrid>
      <w:tr w:rsidR="00B87077" w:rsidRPr="00820DE8" w14:paraId="5B4D23A6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E348150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Relación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con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el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postulante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principal</w:t>
            </w:r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F51AC55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820DE8" w14:paraId="4C552705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95D914A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Colectivo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u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organización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,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si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aplica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59B92A2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820DE8" w14:paraId="3778FF1F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9C6C04E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Rol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dentro del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colectivo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>/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organización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8CC7A34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  <w:tr w:rsidR="00B87077" w:rsidRPr="00820DE8" w14:paraId="7DD03BF5" w14:textId="7777777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7E0271F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Años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de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vinculación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a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movilidad</w:t>
            </w:r>
            <w:proofErr w:type="spellEnd"/>
            <w:r w:rsidRPr="00820DE8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820DE8">
              <w:rPr>
                <w:rFonts w:cs="Arial"/>
                <w:b/>
                <w:color w:val="000000" w:themeColor="text1"/>
                <w:sz w:val="22"/>
              </w:rPr>
              <w:t>sostenible</w:t>
            </w:r>
            <w:proofErr w:type="spellEnd"/>
          </w:p>
        </w:tc>
        <w:tc>
          <w:tcPr>
            <w:tcW w:w="589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D49A874" w14:textId="77777777" w:rsidR="001B388E" w:rsidRPr="00820DE8" w:rsidRDefault="00557ADF" w:rsidP="00820DE8">
            <w:pPr>
              <w:spacing w:after="0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t>____________________________________________</w:t>
            </w:r>
          </w:p>
        </w:tc>
      </w:tr>
    </w:tbl>
    <w:p w14:paraId="389933B2" w14:textId="77777777" w:rsidR="001B388E" w:rsidRPr="00820DE8" w:rsidRDefault="00557ADF" w:rsidP="00820DE8">
      <w:pPr>
        <w:spacing w:after="0"/>
        <w:rPr>
          <w:rFonts w:cs="Arial"/>
          <w:color w:val="000000" w:themeColor="text1"/>
          <w:sz w:val="22"/>
        </w:rPr>
      </w:pPr>
      <w:proofErr w:type="gramStart"/>
      <w:r w:rsidRPr="00820DE8">
        <w:rPr>
          <w:rFonts w:cs="Arial"/>
          <w:color w:val="000000" w:themeColor="text1"/>
          <w:sz w:val="22"/>
        </w:rPr>
        <w:t>[ ]</w:t>
      </w:r>
      <w:proofErr w:type="gram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Adjunto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copia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de </w:t>
      </w:r>
      <w:proofErr w:type="spellStart"/>
      <w:r w:rsidRPr="00820DE8">
        <w:rPr>
          <w:rFonts w:cs="Arial"/>
          <w:color w:val="000000" w:themeColor="text1"/>
          <w:sz w:val="22"/>
        </w:rPr>
        <w:t>documento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de </w:t>
      </w:r>
      <w:proofErr w:type="spellStart"/>
      <w:r w:rsidRPr="00820DE8">
        <w:rPr>
          <w:rFonts w:cs="Arial"/>
          <w:color w:val="000000" w:themeColor="text1"/>
          <w:sz w:val="22"/>
        </w:rPr>
        <w:t>identidad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del </w:t>
      </w:r>
      <w:proofErr w:type="spellStart"/>
      <w:r w:rsidRPr="00820DE8">
        <w:rPr>
          <w:rFonts w:cs="Arial"/>
          <w:color w:val="000000" w:themeColor="text1"/>
          <w:sz w:val="22"/>
        </w:rPr>
        <w:t>representante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alterno</w:t>
      </w:r>
      <w:proofErr w:type="spellEnd"/>
      <w:r w:rsidRPr="00820DE8">
        <w:rPr>
          <w:rFonts w:cs="Arial"/>
          <w:color w:val="000000" w:themeColor="text1"/>
          <w:sz w:val="22"/>
        </w:rPr>
        <w:t>.</w:t>
      </w:r>
    </w:p>
    <w:p w14:paraId="6860F9B8" w14:textId="77777777" w:rsidR="001B388E" w:rsidRPr="00820DE8" w:rsidRDefault="00557ADF" w:rsidP="00820DE8">
      <w:pPr>
        <w:spacing w:after="0"/>
        <w:rPr>
          <w:rFonts w:cs="Arial"/>
          <w:color w:val="000000" w:themeColor="text1"/>
          <w:sz w:val="22"/>
        </w:rPr>
      </w:pPr>
      <w:proofErr w:type="gramStart"/>
      <w:r w:rsidRPr="00820DE8">
        <w:rPr>
          <w:rFonts w:cs="Arial"/>
          <w:color w:val="000000" w:themeColor="text1"/>
          <w:sz w:val="22"/>
        </w:rPr>
        <w:t>[ ]</w:t>
      </w:r>
      <w:proofErr w:type="gram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Adjunto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evidencia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de </w:t>
      </w:r>
      <w:proofErr w:type="spellStart"/>
      <w:r w:rsidRPr="00820DE8">
        <w:rPr>
          <w:rFonts w:cs="Arial"/>
          <w:color w:val="000000" w:themeColor="text1"/>
          <w:sz w:val="22"/>
        </w:rPr>
        <w:t>vinculación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mínima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de un </w:t>
      </w:r>
      <w:proofErr w:type="spellStart"/>
      <w:r w:rsidRPr="00820DE8">
        <w:rPr>
          <w:rFonts w:cs="Arial"/>
          <w:color w:val="000000" w:themeColor="text1"/>
          <w:sz w:val="22"/>
        </w:rPr>
        <w:t>año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del </w:t>
      </w:r>
      <w:proofErr w:type="spellStart"/>
      <w:r w:rsidRPr="00820DE8">
        <w:rPr>
          <w:rFonts w:cs="Arial"/>
          <w:color w:val="000000" w:themeColor="text1"/>
          <w:sz w:val="22"/>
        </w:rPr>
        <w:t>representante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alterno</w:t>
      </w:r>
      <w:proofErr w:type="spellEnd"/>
      <w:r w:rsidRPr="00820DE8">
        <w:rPr>
          <w:rFonts w:cs="Arial"/>
          <w:color w:val="000000" w:themeColor="text1"/>
          <w:sz w:val="22"/>
        </w:rPr>
        <w:t>.</w:t>
      </w:r>
    </w:p>
    <w:p w14:paraId="6B5901AD" w14:textId="77777777" w:rsidR="001B388E" w:rsidRPr="00820DE8" w:rsidRDefault="00557ADF" w:rsidP="00820DE8">
      <w:pPr>
        <w:spacing w:after="0"/>
        <w:rPr>
          <w:rFonts w:cs="Arial"/>
          <w:color w:val="000000" w:themeColor="text1"/>
          <w:sz w:val="22"/>
        </w:rPr>
      </w:pPr>
      <w:proofErr w:type="gramStart"/>
      <w:r w:rsidRPr="00820DE8">
        <w:rPr>
          <w:rFonts w:cs="Arial"/>
          <w:color w:val="000000" w:themeColor="text1"/>
          <w:sz w:val="22"/>
        </w:rPr>
        <w:t>[ ]</w:t>
      </w:r>
      <w:proofErr w:type="gram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Adjunto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certificado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de </w:t>
      </w:r>
      <w:proofErr w:type="spellStart"/>
      <w:r w:rsidRPr="00820DE8">
        <w:rPr>
          <w:rFonts w:cs="Arial"/>
          <w:color w:val="000000" w:themeColor="text1"/>
          <w:sz w:val="22"/>
        </w:rPr>
        <w:t>empadronamiento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del </w:t>
      </w:r>
      <w:proofErr w:type="spellStart"/>
      <w:r w:rsidRPr="00820DE8">
        <w:rPr>
          <w:rFonts w:cs="Arial"/>
          <w:color w:val="000000" w:themeColor="text1"/>
          <w:sz w:val="22"/>
        </w:rPr>
        <w:t>representante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alterno</w:t>
      </w:r>
      <w:proofErr w:type="spellEnd"/>
      <w:r w:rsidRPr="00820DE8">
        <w:rPr>
          <w:rFonts w:cs="Arial"/>
          <w:color w:val="000000" w:themeColor="text1"/>
          <w:sz w:val="22"/>
        </w:rPr>
        <w:t>.</w:t>
      </w:r>
    </w:p>
    <w:p w14:paraId="50A23106" w14:textId="77777777" w:rsidR="001B388E" w:rsidRPr="00820DE8" w:rsidRDefault="00557ADF" w:rsidP="00820DE8">
      <w:pPr>
        <w:spacing w:after="0"/>
        <w:jc w:val="both"/>
        <w:rPr>
          <w:rFonts w:cs="Arial"/>
          <w:color w:val="000000" w:themeColor="text1"/>
          <w:sz w:val="22"/>
        </w:rPr>
      </w:pPr>
      <w:proofErr w:type="spellStart"/>
      <w:r w:rsidRPr="00820DE8">
        <w:rPr>
          <w:rFonts w:cs="Arial"/>
          <w:color w:val="000000" w:themeColor="text1"/>
          <w:sz w:val="22"/>
        </w:rPr>
        <w:t>Declaro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que </w:t>
      </w:r>
      <w:proofErr w:type="spellStart"/>
      <w:r w:rsidRPr="00820DE8">
        <w:rPr>
          <w:rFonts w:cs="Arial"/>
          <w:color w:val="000000" w:themeColor="text1"/>
          <w:sz w:val="22"/>
        </w:rPr>
        <w:t>acepto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actuar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como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representante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alterno</w:t>
      </w:r>
      <w:proofErr w:type="spellEnd"/>
      <w:r w:rsidRPr="00820DE8">
        <w:rPr>
          <w:rFonts w:cs="Arial"/>
          <w:color w:val="000000" w:themeColor="text1"/>
          <w:sz w:val="22"/>
        </w:rPr>
        <w:t xml:space="preserve">/a de la </w:t>
      </w:r>
      <w:proofErr w:type="spellStart"/>
      <w:r w:rsidRPr="00820DE8">
        <w:rPr>
          <w:rFonts w:cs="Arial"/>
          <w:color w:val="000000" w:themeColor="text1"/>
          <w:sz w:val="22"/>
        </w:rPr>
        <w:t>presente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postulación</w:t>
      </w:r>
      <w:proofErr w:type="spellEnd"/>
      <w:r w:rsidRPr="00820DE8">
        <w:rPr>
          <w:rFonts w:cs="Arial"/>
          <w:color w:val="000000" w:themeColor="text1"/>
          <w:sz w:val="22"/>
        </w:rPr>
        <w:t xml:space="preserve">, </w:t>
      </w:r>
      <w:proofErr w:type="spellStart"/>
      <w:r w:rsidRPr="00820DE8">
        <w:rPr>
          <w:rFonts w:cs="Arial"/>
          <w:color w:val="000000" w:themeColor="text1"/>
          <w:sz w:val="22"/>
        </w:rPr>
        <w:t>en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caso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de que </w:t>
      </w:r>
      <w:proofErr w:type="spellStart"/>
      <w:r w:rsidRPr="00820DE8">
        <w:rPr>
          <w:rFonts w:cs="Arial"/>
          <w:color w:val="000000" w:themeColor="text1"/>
          <w:sz w:val="22"/>
        </w:rPr>
        <w:t>el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</w:t>
      </w:r>
      <w:proofErr w:type="spellStart"/>
      <w:r w:rsidRPr="00820DE8">
        <w:rPr>
          <w:rFonts w:cs="Arial"/>
          <w:color w:val="000000" w:themeColor="text1"/>
          <w:sz w:val="22"/>
        </w:rPr>
        <w:t>postulante</w:t>
      </w:r>
      <w:proofErr w:type="spellEnd"/>
      <w:r w:rsidRPr="00820DE8">
        <w:rPr>
          <w:rFonts w:cs="Arial"/>
          <w:color w:val="000000" w:themeColor="text1"/>
          <w:sz w:val="22"/>
        </w:rPr>
        <w:t xml:space="preserve"> principal sea </w:t>
      </w:r>
      <w:proofErr w:type="spellStart"/>
      <w:r w:rsidRPr="00820DE8">
        <w:rPr>
          <w:rFonts w:cs="Arial"/>
          <w:color w:val="000000" w:themeColor="text1"/>
          <w:sz w:val="22"/>
        </w:rPr>
        <w:t>seleccionado</w:t>
      </w:r>
      <w:proofErr w:type="spellEnd"/>
      <w:r w:rsidRPr="00820DE8">
        <w:rPr>
          <w:rFonts w:cs="Arial"/>
          <w:color w:val="000000" w:themeColor="text1"/>
          <w:sz w:val="22"/>
        </w:rPr>
        <w:t>/a.</w:t>
      </w:r>
    </w:p>
    <w:p w14:paraId="793F91A9" w14:textId="77777777" w:rsidR="001B388E" w:rsidRPr="00820DE8" w:rsidRDefault="001B388E" w:rsidP="00820DE8">
      <w:pPr>
        <w:spacing w:after="0"/>
        <w:rPr>
          <w:rFonts w:cs="Arial"/>
          <w:color w:val="000000" w:themeColor="text1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65"/>
        <w:gridCol w:w="4365"/>
      </w:tblGrid>
      <w:tr w:rsidR="00B87077" w:rsidRPr="00820DE8" w14:paraId="1E315146" w14:textId="77777777">
        <w:trPr>
          <w:jc w:val="center"/>
        </w:trPr>
        <w:tc>
          <w:tcPr>
            <w:tcW w:w="4365" w:type="dxa"/>
            <w:vAlign w:val="center"/>
          </w:tcPr>
          <w:p w14:paraId="16C40279" w14:textId="77777777" w:rsidR="001B388E" w:rsidRPr="00820DE8" w:rsidRDefault="00557ADF" w:rsidP="00820DE8">
            <w:pPr>
              <w:spacing w:after="0"/>
              <w:jc w:val="center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br/>
              <w:t>______________________________</w:t>
            </w:r>
          </w:p>
        </w:tc>
        <w:tc>
          <w:tcPr>
            <w:tcW w:w="4365" w:type="dxa"/>
            <w:vAlign w:val="center"/>
          </w:tcPr>
          <w:p w14:paraId="789F9C05" w14:textId="77777777" w:rsidR="001B388E" w:rsidRPr="00820DE8" w:rsidRDefault="00557ADF" w:rsidP="00820DE8">
            <w:pPr>
              <w:spacing w:after="0"/>
              <w:jc w:val="center"/>
              <w:rPr>
                <w:rFonts w:cs="Arial"/>
                <w:color w:val="000000" w:themeColor="text1"/>
                <w:sz w:val="22"/>
              </w:rPr>
            </w:pPr>
            <w:r w:rsidRPr="00820DE8">
              <w:rPr>
                <w:rFonts w:cs="Arial"/>
                <w:color w:val="000000" w:themeColor="text1"/>
                <w:sz w:val="22"/>
              </w:rPr>
              <w:br/>
              <w:t>______________________________</w:t>
            </w:r>
          </w:p>
        </w:tc>
      </w:tr>
      <w:tr w:rsidR="00B87077" w:rsidRPr="00820DE8" w14:paraId="10C83B18" w14:textId="77777777">
        <w:trPr>
          <w:jc w:val="center"/>
        </w:trPr>
        <w:tc>
          <w:tcPr>
            <w:tcW w:w="4365" w:type="dxa"/>
            <w:vAlign w:val="center"/>
          </w:tcPr>
          <w:p w14:paraId="65079BCE" w14:textId="77777777" w:rsidR="001B388E" w:rsidRPr="00820DE8" w:rsidRDefault="00557ADF" w:rsidP="00820DE8">
            <w:pPr>
              <w:spacing w:after="0"/>
              <w:jc w:val="center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color w:val="000000" w:themeColor="text1"/>
                <w:sz w:val="22"/>
              </w:rPr>
              <w:t>Firma</w:t>
            </w:r>
            <w:proofErr w:type="spellEnd"/>
            <w:r w:rsidRPr="00820DE8">
              <w:rPr>
                <w:rFonts w:cs="Arial"/>
                <w:color w:val="000000" w:themeColor="text1"/>
                <w:sz w:val="22"/>
              </w:rPr>
              <w:t xml:space="preserve"> del </w:t>
            </w:r>
            <w:proofErr w:type="spellStart"/>
            <w:r w:rsidRPr="00820DE8">
              <w:rPr>
                <w:rFonts w:cs="Arial"/>
                <w:color w:val="000000" w:themeColor="text1"/>
                <w:sz w:val="22"/>
              </w:rPr>
              <w:t>representante</w:t>
            </w:r>
            <w:proofErr w:type="spellEnd"/>
            <w:r w:rsidRPr="00820DE8">
              <w:rPr>
                <w:rFonts w:cs="Arial"/>
                <w:color w:val="000000" w:themeColor="text1"/>
                <w:sz w:val="22"/>
              </w:rPr>
              <w:t xml:space="preserve"> </w:t>
            </w:r>
            <w:proofErr w:type="spellStart"/>
            <w:r w:rsidRPr="00820DE8">
              <w:rPr>
                <w:rFonts w:cs="Arial"/>
                <w:color w:val="000000" w:themeColor="text1"/>
                <w:sz w:val="22"/>
              </w:rPr>
              <w:t>alterno</w:t>
            </w:r>
            <w:proofErr w:type="spellEnd"/>
          </w:p>
        </w:tc>
        <w:tc>
          <w:tcPr>
            <w:tcW w:w="4365" w:type="dxa"/>
            <w:vAlign w:val="center"/>
          </w:tcPr>
          <w:p w14:paraId="6FF12292" w14:textId="77777777" w:rsidR="001B388E" w:rsidRPr="00820DE8" w:rsidRDefault="00557ADF" w:rsidP="00820DE8">
            <w:pPr>
              <w:spacing w:after="0"/>
              <w:jc w:val="center"/>
              <w:rPr>
                <w:rFonts w:cs="Arial"/>
                <w:color w:val="000000" w:themeColor="text1"/>
                <w:sz w:val="22"/>
              </w:rPr>
            </w:pPr>
            <w:proofErr w:type="spellStart"/>
            <w:r w:rsidRPr="00820DE8">
              <w:rPr>
                <w:rFonts w:cs="Arial"/>
                <w:color w:val="000000" w:themeColor="text1"/>
                <w:sz w:val="22"/>
              </w:rPr>
              <w:t>Firma</w:t>
            </w:r>
            <w:proofErr w:type="spellEnd"/>
            <w:r w:rsidRPr="00820DE8">
              <w:rPr>
                <w:rFonts w:cs="Arial"/>
                <w:color w:val="000000" w:themeColor="text1"/>
                <w:sz w:val="22"/>
              </w:rPr>
              <w:t xml:space="preserve"> del </w:t>
            </w:r>
            <w:proofErr w:type="spellStart"/>
            <w:r w:rsidRPr="00820DE8">
              <w:rPr>
                <w:rFonts w:cs="Arial"/>
                <w:color w:val="000000" w:themeColor="text1"/>
                <w:sz w:val="22"/>
              </w:rPr>
              <w:t>postulante</w:t>
            </w:r>
            <w:proofErr w:type="spellEnd"/>
            <w:r w:rsidRPr="00820DE8">
              <w:rPr>
                <w:rFonts w:cs="Arial"/>
                <w:color w:val="000000" w:themeColor="text1"/>
                <w:sz w:val="22"/>
              </w:rPr>
              <w:t xml:space="preserve"> principal</w:t>
            </w:r>
          </w:p>
        </w:tc>
      </w:tr>
    </w:tbl>
    <w:p w14:paraId="6C8FCB87" w14:textId="77777777" w:rsidR="001B388E" w:rsidRPr="00B87077" w:rsidRDefault="00557ADF">
      <w:pPr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color w:val="000000" w:themeColor="text1"/>
          <w:sz w:val="24"/>
          <w:szCs w:val="24"/>
        </w:rPr>
        <w:br w:type="page"/>
      </w:r>
    </w:p>
    <w:p w14:paraId="637FE2A4" w14:textId="77777777" w:rsidR="001B388E" w:rsidRPr="00B87077" w:rsidRDefault="00557ADF">
      <w:pPr>
        <w:jc w:val="center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b/>
          <w:color w:val="000000" w:themeColor="text1"/>
          <w:sz w:val="24"/>
          <w:szCs w:val="24"/>
        </w:rPr>
        <w:lastRenderedPageBreak/>
        <w:t>ANEXO 4</w:t>
      </w:r>
    </w:p>
    <w:p w14:paraId="3C269D4C" w14:textId="42875237" w:rsidR="001B388E" w:rsidRDefault="00557ADF">
      <w:pPr>
        <w:jc w:val="center"/>
        <w:rPr>
          <w:rFonts w:cs="Arial"/>
          <w:b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Declaración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cumplimiento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de </w:t>
      </w:r>
      <w:r w:rsidR="00820DE8">
        <w:rPr>
          <w:rFonts w:cs="Arial"/>
          <w:b/>
          <w:color w:val="000000" w:themeColor="text1"/>
          <w:sz w:val="24"/>
          <w:szCs w:val="24"/>
        </w:rPr>
        <w:t>requisites</w:t>
      </w:r>
    </w:p>
    <w:p w14:paraId="06F998BF" w14:textId="77777777" w:rsidR="00820DE8" w:rsidRPr="00B87077" w:rsidRDefault="00820DE8">
      <w:pPr>
        <w:jc w:val="center"/>
        <w:rPr>
          <w:rFonts w:cs="Arial"/>
          <w:color w:val="000000" w:themeColor="text1"/>
          <w:sz w:val="24"/>
          <w:szCs w:val="24"/>
        </w:rPr>
      </w:pPr>
    </w:p>
    <w:p w14:paraId="306D3FC8" w14:textId="77777777" w:rsidR="001B388E" w:rsidRPr="00B87077" w:rsidRDefault="00557ADF">
      <w:pPr>
        <w:jc w:val="both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color w:val="000000" w:themeColor="text1"/>
          <w:sz w:val="24"/>
          <w:szCs w:val="24"/>
        </w:rPr>
        <w:t>Yo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, [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nombres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apellidos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completos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], con cédula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ciudadanía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No. [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número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],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declaro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bajo mi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responsabilidad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que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cumplo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con los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requisitos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establecidos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para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postular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al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proceso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selección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representantes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ciudadanos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la Mesa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Interinstitucional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para 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Promoción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Modos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Transporte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Sostenibles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.</w:t>
      </w:r>
    </w:p>
    <w:p w14:paraId="6A34A6F5" w14:textId="77777777" w:rsidR="001B388E" w:rsidRPr="00B87077" w:rsidRDefault="00557ADF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Declaraciones</w:t>
      </w:r>
      <w:proofErr w:type="spellEnd"/>
    </w:p>
    <w:p w14:paraId="00F5F3E7" w14:textId="77777777" w:rsidR="001B388E" w:rsidRPr="00B87077" w:rsidRDefault="00557ADF">
      <w:pPr>
        <w:spacing w:after="20"/>
        <w:rPr>
          <w:rFonts w:cs="Arial"/>
          <w:color w:val="000000" w:themeColor="text1"/>
          <w:sz w:val="24"/>
          <w:szCs w:val="24"/>
        </w:rPr>
      </w:pPr>
      <w:proofErr w:type="gramStart"/>
      <w:r w:rsidRPr="00B87077">
        <w:rPr>
          <w:rFonts w:cs="Arial"/>
          <w:color w:val="000000" w:themeColor="text1"/>
          <w:sz w:val="24"/>
          <w:szCs w:val="24"/>
        </w:rPr>
        <w:t>[ ]</w:t>
      </w:r>
      <w:proofErr w:type="gram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Estoy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vinculado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/a al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menos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un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año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a 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promoción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modos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transporte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sostenible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través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colectivos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organizaciones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sociales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o 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título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personal.</w:t>
      </w:r>
    </w:p>
    <w:p w14:paraId="769A91CC" w14:textId="77777777" w:rsidR="001B388E" w:rsidRPr="00B87077" w:rsidRDefault="00557ADF">
      <w:pPr>
        <w:spacing w:after="20"/>
        <w:rPr>
          <w:rFonts w:cs="Arial"/>
          <w:color w:val="000000" w:themeColor="text1"/>
          <w:sz w:val="24"/>
          <w:szCs w:val="24"/>
        </w:rPr>
      </w:pPr>
      <w:proofErr w:type="gramStart"/>
      <w:r w:rsidRPr="00B87077">
        <w:rPr>
          <w:rFonts w:cs="Arial"/>
          <w:color w:val="000000" w:themeColor="text1"/>
          <w:sz w:val="24"/>
          <w:szCs w:val="24"/>
        </w:rPr>
        <w:t>[ ]</w:t>
      </w:r>
      <w:proofErr w:type="gramEnd"/>
      <w:r w:rsidRPr="00B87077">
        <w:rPr>
          <w:rFonts w:cs="Arial"/>
          <w:color w:val="000000" w:themeColor="text1"/>
          <w:sz w:val="24"/>
          <w:szCs w:val="24"/>
        </w:rPr>
        <w:t xml:space="preserve"> Soy mayor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edad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.</w:t>
      </w:r>
    </w:p>
    <w:p w14:paraId="22D837BF" w14:textId="77777777" w:rsidR="001B388E" w:rsidRPr="00B87077" w:rsidRDefault="00557ADF">
      <w:pPr>
        <w:spacing w:after="20"/>
        <w:rPr>
          <w:rFonts w:cs="Arial"/>
          <w:color w:val="000000" w:themeColor="text1"/>
          <w:sz w:val="24"/>
          <w:szCs w:val="24"/>
        </w:rPr>
      </w:pPr>
      <w:proofErr w:type="gramStart"/>
      <w:r w:rsidRPr="00B87077">
        <w:rPr>
          <w:rFonts w:cs="Arial"/>
          <w:color w:val="000000" w:themeColor="text1"/>
          <w:sz w:val="24"/>
          <w:szCs w:val="24"/>
        </w:rPr>
        <w:t>[ ]</w:t>
      </w:r>
      <w:proofErr w:type="gramEnd"/>
      <w:r w:rsidRPr="00B87077">
        <w:rPr>
          <w:rFonts w:cs="Arial"/>
          <w:color w:val="000000" w:themeColor="text1"/>
          <w:sz w:val="24"/>
          <w:szCs w:val="24"/>
        </w:rPr>
        <w:t xml:space="preserve"> Me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encuentro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goce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los derechos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políticos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participación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establecidos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Constitución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la República.</w:t>
      </w:r>
    </w:p>
    <w:p w14:paraId="5BDF6A55" w14:textId="77777777" w:rsidR="001B388E" w:rsidRPr="00B87077" w:rsidRDefault="00557ADF">
      <w:pPr>
        <w:spacing w:after="20"/>
        <w:rPr>
          <w:rFonts w:cs="Arial"/>
          <w:color w:val="000000" w:themeColor="text1"/>
          <w:sz w:val="24"/>
          <w:szCs w:val="24"/>
        </w:rPr>
      </w:pPr>
      <w:proofErr w:type="gramStart"/>
      <w:r w:rsidRPr="00B87077">
        <w:rPr>
          <w:rFonts w:cs="Arial"/>
          <w:color w:val="000000" w:themeColor="text1"/>
          <w:sz w:val="24"/>
          <w:szCs w:val="24"/>
        </w:rPr>
        <w:t>[ ]</w:t>
      </w:r>
      <w:proofErr w:type="gramEnd"/>
      <w:r w:rsidRPr="00B87077">
        <w:rPr>
          <w:rFonts w:cs="Arial"/>
          <w:color w:val="000000" w:themeColor="text1"/>
          <w:sz w:val="24"/>
          <w:szCs w:val="24"/>
        </w:rPr>
        <w:t xml:space="preserve"> Tengo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domicilio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residencia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el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Distrito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Metropolitano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Quito.</w:t>
      </w:r>
    </w:p>
    <w:p w14:paraId="24FF37D1" w14:textId="77777777" w:rsidR="001B388E" w:rsidRPr="00B87077" w:rsidRDefault="00557ADF">
      <w:pPr>
        <w:spacing w:after="20"/>
        <w:rPr>
          <w:rFonts w:cs="Arial"/>
          <w:color w:val="000000" w:themeColor="text1"/>
          <w:sz w:val="24"/>
          <w:szCs w:val="24"/>
        </w:rPr>
      </w:pPr>
      <w:proofErr w:type="gramStart"/>
      <w:r w:rsidRPr="00B87077">
        <w:rPr>
          <w:rFonts w:cs="Arial"/>
          <w:color w:val="000000" w:themeColor="text1"/>
          <w:sz w:val="24"/>
          <w:szCs w:val="24"/>
        </w:rPr>
        <w:t>[ ]</w:t>
      </w:r>
      <w:proofErr w:type="gramEnd"/>
      <w:r w:rsidRPr="00B87077">
        <w:rPr>
          <w:rFonts w:cs="Arial"/>
          <w:color w:val="000000" w:themeColor="text1"/>
          <w:sz w:val="24"/>
          <w:szCs w:val="24"/>
        </w:rPr>
        <w:t xml:space="preserve"> No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ejerzo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ningún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cargo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público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elección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popular.</w:t>
      </w:r>
    </w:p>
    <w:p w14:paraId="6E0D06D8" w14:textId="77777777" w:rsidR="001B388E" w:rsidRPr="00B87077" w:rsidRDefault="00557ADF">
      <w:pPr>
        <w:spacing w:after="20"/>
        <w:rPr>
          <w:rFonts w:cs="Arial"/>
          <w:color w:val="000000" w:themeColor="text1"/>
          <w:sz w:val="24"/>
          <w:szCs w:val="24"/>
        </w:rPr>
      </w:pPr>
      <w:proofErr w:type="gramStart"/>
      <w:r w:rsidRPr="00B87077">
        <w:rPr>
          <w:rFonts w:cs="Arial"/>
          <w:color w:val="000000" w:themeColor="text1"/>
          <w:sz w:val="24"/>
          <w:szCs w:val="24"/>
        </w:rPr>
        <w:t>[ ]</w:t>
      </w:r>
      <w:proofErr w:type="gram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Cuento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con un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representante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alterno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que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cumple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los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mismos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requisitos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convocatoria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.</w:t>
      </w:r>
    </w:p>
    <w:p w14:paraId="04CC75F9" w14:textId="77777777" w:rsidR="001B388E" w:rsidRPr="00B87077" w:rsidRDefault="00557ADF">
      <w:pPr>
        <w:spacing w:after="20"/>
        <w:rPr>
          <w:rFonts w:cs="Arial"/>
          <w:color w:val="000000" w:themeColor="text1"/>
          <w:sz w:val="24"/>
          <w:szCs w:val="24"/>
        </w:rPr>
      </w:pPr>
      <w:proofErr w:type="gramStart"/>
      <w:r w:rsidRPr="00B87077">
        <w:rPr>
          <w:rFonts w:cs="Arial"/>
          <w:color w:val="000000" w:themeColor="text1"/>
          <w:sz w:val="24"/>
          <w:szCs w:val="24"/>
        </w:rPr>
        <w:t>[ ]</w:t>
      </w:r>
      <w:proofErr w:type="gram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Acepto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que 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información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y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documentación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presentada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sea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verificada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por 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entidad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responsable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del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proceso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.</w:t>
      </w:r>
    </w:p>
    <w:p w14:paraId="32D67B58" w14:textId="77777777" w:rsidR="001B388E" w:rsidRPr="00B87077" w:rsidRDefault="00557ADF">
      <w:pPr>
        <w:jc w:val="both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color w:val="000000" w:themeColor="text1"/>
          <w:sz w:val="24"/>
          <w:szCs w:val="24"/>
        </w:rPr>
        <w:t xml:space="preserve">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falsedad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inconsistencia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falta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verificación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de la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información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presentada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podrá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ser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considerada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causal de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inadmisión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descalificación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conforme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 xml:space="preserve"> a las bases del </w:t>
      </w:r>
      <w:proofErr w:type="spellStart"/>
      <w:r w:rsidRPr="00B87077">
        <w:rPr>
          <w:rFonts w:cs="Arial"/>
          <w:color w:val="000000" w:themeColor="text1"/>
          <w:sz w:val="24"/>
          <w:szCs w:val="24"/>
        </w:rPr>
        <w:t>proceso</w:t>
      </w:r>
      <w:proofErr w:type="spellEnd"/>
      <w:r w:rsidRPr="00B87077">
        <w:rPr>
          <w:rFonts w:cs="Arial"/>
          <w:color w:val="000000" w:themeColor="text1"/>
          <w:sz w:val="24"/>
          <w:szCs w:val="24"/>
        </w:rPr>
        <w:t>.</w:t>
      </w:r>
    </w:p>
    <w:p w14:paraId="6946A70C" w14:textId="77777777" w:rsidR="001B388E" w:rsidRPr="00B87077" w:rsidRDefault="001B388E">
      <w:pPr>
        <w:rPr>
          <w:rFonts w:cs="Arial"/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31"/>
      </w:tblGrid>
      <w:tr w:rsidR="00B87077" w:rsidRPr="00B87077" w14:paraId="0B0D7251" w14:textId="77777777">
        <w:trPr>
          <w:jc w:val="center"/>
        </w:trPr>
        <w:tc>
          <w:tcPr>
            <w:tcW w:w="8731" w:type="dxa"/>
            <w:vAlign w:val="center"/>
          </w:tcPr>
          <w:p w14:paraId="56836D85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  <w:t>______________________________</w:t>
            </w:r>
          </w:p>
        </w:tc>
      </w:tr>
      <w:tr w:rsidR="00B87077" w:rsidRPr="00B87077" w14:paraId="4DE5163E" w14:textId="77777777">
        <w:trPr>
          <w:jc w:val="center"/>
        </w:trPr>
        <w:tc>
          <w:tcPr>
            <w:tcW w:w="8731" w:type="dxa"/>
            <w:vAlign w:val="center"/>
          </w:tcPr>
          <w:p w14:paraId="1DE74F97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Firma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postulante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principal</w:t>
            </w:r>
          </w:p>
        </w:tc>
      </w:tr>
    </w:tbl>
    <w:p w14:paraId="68931FD0" w14:textId="77777777" w:rsidR="001B388E" w:rsidRPr="00B87077" w:rsidRDefault="00557ADF">
      <w:pPr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color w:val="000000" w:themeColor="text1"/>
          <w:sz w:val="24"/>
          <w:szCs w:val="24"/>
        </w:rPr>
        <w:br w:type="page"/>
      </w:r>
    </w:p>
    <w:p w14:paraId="6F385FDA" w14:textId="77777777" w:rsidR="001B388E" w:rsidRPr="00B87077" w:rsidRDefault="00557ADF">
      <w:pPr>
        <w:jc w:val="center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b/>
          <w:color w:val="000000" w:themeColor="text1"/>
          <w:sz w:val="24"/>
          <w:szCs w:val="24"/>
        </w:rPr>
        <w:lastRenderedPageBreak/>
        <w:t>ANEXO 5</w:t>
      </w:r>
    </w:p>
    <w:p w14:paraId="60C2209C" w14:textId="77777777" w:rsidR="001B388E" w:rsidRPr="00B87077" w:rsidRDefault="00557ADF">
      <w:pPr>
        <w:jc w:val="center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b/>
          <w:color w:val="000000" w:themeColor="text1"/>
          <w:sz w:val="24"/>
          <w:szCs w:val="24"/>
        </w:rPr>
        <w:t xml:space="preserve">Lista de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verificación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documentos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habilitantes</w:t>
      </w:r>
      <w:proofErr w:type="spellEnd"/>
    </w:p>
    <w:p w14:paraId="1269E89A" w14:textId="77777777" w:rsidR="001B388E" w:rsidRPr="00B87077" w:rsidRDefault="00557ADF">
      <w:pPr>
        <w:spacing w:after="80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Nota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: </w:t>
      </w:r>
      <w:r w:rsidRPr="00B87077">
        <w:rPr>
          <w:rFonts w:cs="Arial"/>
          <w:i/>
          <w:color w:val="000000" w:themeColor="text1"/>
          <w:sz w:val="24"/>
          <w:szCs w:val="24"/>
        </w:rPr>
        <w:t xml:space="preserve">Este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formato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sirve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como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guía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para que la persona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postulante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verifique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que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entrega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la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documentación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completa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. La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verificación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formal la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realizará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la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comisión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o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equipo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designado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>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5159"/>
        <w:gridCol w:w="1422"/>
        <w:gridCol w:w="1980"/>
      </w:tblGrid>
      <w:tr w:rsidR="00B87077" w:rsidRPr="00B87077" w14:paraId="18F696B2" w14:textId="77777777" w:rsidTr="00820DE8">
        <w:trPr>
          <w:jc w:val="center"/>
        </w:trPr>
        <w:tc>
          <w:tcPr>
            <w:tcW w:w="510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40D0CF4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No.</w:t>
            </w:r>
          </w:p>
        </w:tc>
        <w:tc>
          <w:tcPr>
            <w:tcW w:w="5159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3B6982E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Documento</w:t>
            </w:r>
            <w:proofErr w:type="spellEnd"/>
          </w:p>
        </w:tc>
        <w:tc>
          <w:tcPr>
            <w:tcW w:w="1422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EF8BE48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Adjunta</w:t>
            </w:r>
            <w:proofErr w:type="spellEnd"/>
          </w:p>
        </w:tc>
        <w:tc>
          <w:tcPr>
            <w:tcW w:w="1980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7A89204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Observaciones</w:t>
            </w:r>
            <w:proofErr w:type="spellEnd"/>
          </w:p>
        </w:tc>
      </w:tr>
      <w:tr w:rsidR="00B87077" w:rsidRPr="00B87077" w14:paraId="1E374F76" w14:textId="77777777" w:rsidTr="00820DE8">
        <w:trPr>
          <w:jc w:val="center"/>
        </w:trPr>
        <w:tc>
          <w:tcPr>
            <w:tcW w:w="51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6FFEC3A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5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316446F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Carta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presentación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y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compromiso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firmada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2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84C4E95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No</w:t>
            </w:r>
          </w:p>
        </w:tc>
        <w:tc>
          <w:tcPr>
            <w:tcW w:w="19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26F986C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44E955A2" w14:textId="77777777" w:rsidTr="00820DE8">
        <w:trPr>
          <w:jc w:val="center"/>
        </w:trPr>
        <w:tc>
          <w:tcPr>
            <w:tcW w:w="51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AF02EBE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5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B3E16CC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Formulario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identificación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postulante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principal.</w:t>
            </w:r>
          </w:p>
        </w:tc>
        <w:tc>
          <w:tcPr>
            <w:tcW w:w="142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7FD7FE8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No</w:t>
            </w:r>
          </w:p>
        </w:tc>
        <w:tc>
          <w:tcPr>
            <w:tcW w:w="19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3209B0E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601E748C" w14:textId="77777777" w:rsidTr="00820DE8">
        <w:trPr>
          <w:jc w:val="center"/>
        </w:trPr>
        <w:tc>
          <w:tcPr>
            <w:tcW w:w="51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686F0E8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15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1D4D1F1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Copia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documento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identidad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postulante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principal.</w:t>
            </w:r>
          </w:p>
        </w:tc>
        <w:tc>
          <w:tcPr>
            <w:tcW w:w="142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C86E657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No</w:t>
            </w:r>
          </w:p>
        </w:tc>
        <w:tc>
          <w:tcPr>
            <w:tcW w:w="19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E3F5EA2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2DB70CDA" w14:textId="77777777" w:rsidTr="00820DE8">
        <w:trPr>
          <w:jc w:val="center"/>
        </w:trPr>
        <w:tc>
          <w:tcPr>
            <w:tcW w:w="51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B69F6E7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15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B31BFCD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Documentos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que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evidencien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vinculación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mínima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un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año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a la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promoción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modos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transporte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sostenible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2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E980B0B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No</w:t>
            </w:r>
          </w:p>
        </w:tc>
        <w:tc>
          <w:tcPr>
            <w:tcW w:w="19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9EC6A4D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5BF1A0D2" w14:textId="77777777" w:rsidTr="00820DE8">
        <w:trPr>
          <w:jc w:val="center"/>
        </w:trPr>
        <w:tc>
          <w:tcPr>
            <w:tcW w:w="51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274CADB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15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5970E39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Certificado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empadronamiento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postulante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principal.</w:t>
            </w:r>
          </w:p>
        </w:tc>
        <w:tc>
          <w:tcPr>
            <w:tcW w:w="142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F09724D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No</w:t>
            </w:r>
          </w:p>
        </w:tc>
        <w:tc>
          <w:tcPr>
            <w:tcW w:w="19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872ECC2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23CC215A" w14:textId="77777777" w:rsidTr="00820DE8">
        <w:trPr>
          <w:jc w:val="center"/>
        </w:trPr>
        <w:tc>
          <w:tcPr>
            <w:tcW w:w="51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FB38A07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15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5C32469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Propuesta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específica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y con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sustento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factibilidad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2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A5878E8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No</w:t>
            </w:r>
          </w:p>
        </w:tc>
        <w:tc>
          <w:tcPr>
            <w:tcW w:w="19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F232EEE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7C8F7297" w14:textId="77777777" w:rsidTr="00820DE8">
        <w:trPr>
          <w:jc w:val="center"/>
        </w:trPr>
        <w:tc>
          <w:tcPr>
            <w:tcW w:w="51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92838B5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15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7146EBD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Certificados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experiencia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laboral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comunitaria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técnica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en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transporte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movilidad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movilidad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sostenible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2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5E93394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No</w:t>
            </w:r>
          </w:p>
        </w:tc>
        <w:tc>
          <w:tcPr>
            <w:tcW w:w="19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E6CBCB0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2910AA98" w14:textId="77777777" w:rsidTr="00820DE8">
        <w:trPr>
          <w:jc w:val="center"/>
        </w:trPr>
        <w:tc>
          <w:tcPr>
            <w:tcW w:w="51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62C1613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15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4579D44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Certificados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capacitación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en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movilidad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transporte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movilidad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sostenible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2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038DC52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No</w:t>
            </w:r>
          </w:p>
        </w:tc>
        <w:tc>
          <w:tcPr>
            <w:tcW w:w="19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0690C7C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3892AC43" w14:textId="77777777" w:rsidTr="00820DE8">
        <w:trPr>
          <w:jc w:val="center"/>
        </w:trPr>
        <w:tc>
          <w:tcPr>
            <w:tcW w:w="51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F6D4FDF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15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F9E293B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Formulario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identificación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representante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alterno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2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1A082CB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No</w:t>
            </w:r>
          </w:p>
        </w:tc>
        <w:tc>
          <w:tcPr>
            <w:tcW w:w="19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5C66EBA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65D6E52E" w14:textId="77777777" w:rsidTr="00820DE8">
        <w:trPr>
          <w:jc w:val="center"/>
        </w:trPr>
        <w:tc>
          <w:tcPr>
            <w:tcW w:w="51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DE7663F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15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14A6BE8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Copia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documento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identidad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representante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alterno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2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F1A8835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No</w:t>
            </w:r>
          </w:p>
        </w:tc>
        <w:tc>
          <w:tcPr>
            <w:tcW w:w="19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7E84CCB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723D678C" w14:textId="77777777" w:rsidTr="00820DE8">
        <w:trPr>
          <w:jc w:val="center"/>
        </w:trPr>
        <w:tc>
          <w:tcPr>
            <w:tcW w:w="51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02302F6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15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A354466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Documentos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vinculación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mínima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un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año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representante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alterno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2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88DDD44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No</w:t>
            </w:r>
          </w:p>
        </w:tc>
        <w:tc>
          <w:tcPr>
            <w:tcW w:w="19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56E4443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71745183" w14:textId="77777777" w:rsidTr="00820DE8">
        <w:trPr>
          <w:jc w:val="center"/>
        </w:trPr>
        <w:tc>
          <w:tcPr>
            <w:tcW w:w="51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8BA6251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515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15A8C06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Certificado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empadronamiento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representante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alterno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2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9BAB0C6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No</w:t>
            </w:r>
          </w:p>
        </w:tc>
        <w:tc>
          <w:tcPr>
            <w:tcW w:w="19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A1C79AA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14:paraId="1667F7DE" w14:textId="77777777" w:rsidR="001B388E" w:rsidRPr="00B87077" w:rsidRDefault="001B388E">
      <w:pPr>
        <w:rPr>
          <w:rFonts w:cs="Arial"/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31"/>
      </w:tblGrid>
      <w:tr w:rsidR="00B87077" w:rsidRPr="00B87077" w14:paraId="70C15696" w14:textId="77777777">
        <w:trPr>
          <w:jc w:val="center"/>
        </w:trPr>
        <w:tc>
          <w:tcPr>
            <w:tcW w:w="8731" w:type="dxa"/>
            <w:vAlign w:val="center"/>
          </w:tcPr>
          <w:p w14:paraId="2D9CBB11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  <w:t>______________________________</w:t>
            </w:r>
          </w:p>
        </w:tc>
      </w:tr>
      <w:tr w:rsidR="00B87077" w:rsidRPr="00B87077" w14:paraId="2726F0CC" w14:textId="77777777">
        <w:trPr>
          <w:jc w:val="center"/>
        </w:trPr>
        <w:tc>
          <w:tcPr>
            <w:tcW w:w="8731" w:type="dxa"/>
            <w:vAlign w:val="center"/>
          </w:tcPr>
          <w:p w14:paraId="4423A969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Firma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postulante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principal</w:t>
            </w:r>
          </w:p>
        </w:tc>
      </w:tr>
    </w:tbl>
    <w:p w14:paraId="1BF078CF" w14:textId="77777777" w:rsidR="001B388E" w:rsidRPr="00B87077" w:rsidRDefault="00557ADF">
      <w:pPr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color w:val="000000" w:themeColor="text1"/>
          <w:sz w:val="24"/>
          <w:szCs w:val="24"/>
        </w:rPr>
        <w:br w:type="page"/>
      </w:r>
    </w:p>
    <w:p w14:paraId="7357679A" w14:textId="77777777" w:rsidR="001B388E" w:rsidRPr="00B87077" w:rsidRDefault="00557ADF">
      <w:pPr>
        <w:jc w:val="center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b/>
          <w:color w:val="000000" w:themeColor="text1"/>
          <w:sz w:val="24"/>
          <w:szCs w:val="24"/>
        </w:rPr>
        <w:lastRenderedPageBreak/>
        <w:t>ANEXO 6</w:t>
      </w:r>
    </w:p>
    <w:p w14:paraId="7B2E66F1" w14:textId="77777777" w:rsidR="001B388E" w:rsidRPr="00B87077" w:rsidRDefault="00557ADF">
      <w:pPr>
        <w:jc w:val="center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b/>
          <w:color w:val="000000" w:themeColor="text1"/>
          <w:sz w:val="24"/>
          <w:szCs w:val="24"/>
        </w:rPr>
        <w:t xml:space="preserve">Plantilla de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propuesta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específica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y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sustento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factibilidad</w:t>
      </w:r>
      <w:proofErr w:type="spellEnd"/>
    </w:p>
    <w:p w14:paraId="3E303040" w14:textId="77777777" w:rsidR="001B388E" w:rsidRPr="00B87077" w:rsidRDefault="00557ADF">
      <w:pPr>
        <w:spacing w:after="80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Nota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: </w:t>
      </w:r>
      <w:r w:rsidRPr="00B87077">
        <w:rPr>
          <w:rFonts w:cs="Arial"/>
          <w:i/>
          <w:color w:val="000000" w:themeColor="text1"/>
          <w:sz w:val="24"/>
          <w:szCs w:val="24"/>
        </w:rPr>
        <w:t xml:space="preserve">La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propuesta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debe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estar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orientada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a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mejorar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la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movilidad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mediante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modos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transporte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sostenibles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el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Distrito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Metropolitano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de Quito.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postulación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electrónica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presentar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formato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Word y PDF,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conforme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indiquen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las bases.</w:t>
      </w:r>
    </w:p>
    <w:p w14:paraId="59B7D519" w14:textId="77777777" w:rsidR="001B388E" w:rsidRPr="00B87077" w:rsidRDefault="00557ADF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Título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de la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propuesta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B87077" w:rsidRPr="00B87077" w14:paraId="7F89146C" w14:textId="77777777">
        <w:trPr>
          <w:jc w:val="center"/>
        </w:trPr>
        <w:tc>
          <w:tcPr>
            <w:tcW w:w="895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C7715B7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48E178AE" w14:textId="77777777" w:rsidR="001B388E" w:rsidRPr="00B87077" w:rsidRDefault="00557ADF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Problema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necesidad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identificada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B87077" w:rsidRPr="00B87077" w14:paraId="78E5B406" w14:textId="77777777">
        <w:trPr>
          <w:jc w:val="center"/>
        </w:trPr>
        <w:tc>
          <w:tcPr>
            <w:tcW w:w="895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CDF9863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1F3854E0" w14:textId="77777777" w:rsidR="001B388E" w:rsidRPr="00B87077" w:rsidRDefault="00557ADF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Objetivo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general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B87077" w:rsidRPr="00B87077" w14:paraId="1F941663" w14:textId="77777777">
        <w:trPr>
          <w:jc w:val="center"/>
        </w:trPr>
        <w:tc>
          <w:tcPr>
            <w:tcW w:w="895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F1CD13E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0F2B85CC" w14:textId="77777777" w:rsidR="001B388E" w:rsidRPr="00B87077" w:rsidRDefault="00557ADF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4. Población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beneficiaria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ámbito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territorial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B87077" w:rsidRPr="00B87077" w14:paraId="2A423801" w14:textId="77777777">
        <w:trPr>
          <w:jc w:val="center"/>
        </w:trPr>
        <w:tc>
          <w:tcPr>
            <w:tcW w:w="895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3B88E92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496B4459" w14:textId="77777777" w:rsidR="001B388E" w:rsidRPr="00B87077" w:rsidRDefault="00557ADF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5.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Descripción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de la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propuesta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B87077" w:rsidRPr="00B87077" w14:paraId="672394AD" w14:textId="77777777">
        <w:trPr>
          <w:jc w:val="center"/>
        </w:trPr>
        <w:tc>
          <w:tcPr>
            <w:tcW w:w="895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329D6D6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5B0B8EE2" w14:textId="77777777" w:rsidR="001B388E" w:rsidRPr="00B87077" w:rsidRDefault="00557ADF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6.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Sustento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factibilidad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técnica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, social,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institucional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o territorial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B87077" w:rsidRPr="00B87077" w14:paraId="5FFF8AF0" w14:textId="77777777">
        <w:trPr>
          <w:jc w:val="center"/>
        </w:trPr>
        <w:tc>
          <w:tcPr>
            <w:tcW w:w="895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5754C5D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6981FC64" w14:textId="77777777" w:rsidR="001B388E" w:rsidRPr="00B87077" w:rsidRDefault="00557ADF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B8707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7.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Fases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desarrollo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implementación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B87077" w:rsidRPr="00B87077" w14:paraId="6AE33CB3" w14:textId="77777777">
        <w:trPr>
          <w:jc w:val="center"/>
        </w:trPr>
        <w:tc>
          <w:tcPr>
            <w:tcW w:w="895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ABC750D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2A9C9C16" w14:textId="77777777" w:rsidR="001B388E" w:rsidRPr="00B87077" w:rsidRDefault="00557ADF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8.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Resultados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esperados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B87077" w:rsidRPr="00B87077" w14:paraId="48D6A1A9" w14:textId="77777777">
        <w:trPr>
          <w:jc w:val="center"/>
        </w:trPr>
        <w:tc>
          <w:tcPr>
            <w:tcW w:w="895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51CB19C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6D04B120" w14:textId="77777777" w:rsidR="001B388E" w:rsidRPr="00B87077" w:rsidRDefault="00557ADF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9.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Relación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con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movilidad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sostenible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seguridad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vial,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accesibilidad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caminabilidad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bicicleta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micromovilidad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intermodalidad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57"/>
      </w:tblGrid>
      <w:tr w:rsidR="00B87077" w:rsidRPr="00B87077" w14:paraId="303E9013" w14:textId="77777777">
        <w:trPr>
          <w:jc w:val="center"/>
        </w:trPr>
        <w:tc>
          <w:tcPr>
            <w:tcW w:w="895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80C0592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</w:r>
          </w:p>
        </w:tc>
      </w:tr>
    </w:tbl>
    <w:p w14:paraId="6B2A012A" w14:textId="77777777" w:rsidR="001B388E" w:rsidRPr="00B87077" w:rsidRDefault="001B388E">
      <w:pPr>
        <w:rPr>
          <w:rFonts w:cs="Arial"/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31"/>
      </w:tblGrid>
      <w:tr w:rsidR="00B87077" w:rsidRPr="00B87077" w14:paraId="33D24A6D" w14:textId="77777777">
        <w:trPr>
          <w:jc w:val="center"/>
        </w:trPr>
        <w:tc>
          <w:tcPr>
            <w:tcW w:w="8731" w:type="dxa"/>
            <w:vAlign w:val="center"/>
          </w:tcPr>
          <w:p w14:paraId="457BA769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  <w:t>______________________________</w:t>
            </w:r>
          </w:p>
        </w:tc>
      </w:tr>
      <w:tr w:rsidR="00B87077" w:rsidRPr="00B87077" w14:paraId="6E8FBCF4" w14:textId="77777777">
        <w:trPr>
          <w:jc w:val="center"/>
        </w:trPr>
        <w:tc>
          <w:tcPr>
            <w:tcW w:w="8731" w:type="dxa"/>
            <w:vAlign w:val="center"/>
          </w:tcPr>
          <w:p w14:paraId="257E04ED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Firma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postulante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principal</w:t>
            </w:r>
          </w:p>
        </w:tc>
      </w:tr>
    </w:tbl>
    <w:p w14:paraId="1B50DA13" w14:textId="77777777" w:rsidR="001B388E" w:rsidRPr="00B87077" w:rsidRDefault="00557ADF">
      <w:pPr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color w:val="000000" w:themeColor="text1"/>
          <w:sz w:val="24"/>
          <w:szCs w:val="24"/>
        </w:rPr>
        <w:br w:type="page"/>
      </w:r>
    </w:p>
    <w:p w14:paraId="07CAC114" w14:textId="77777777" w:rsidR="001B388E" w:rsidRPr="00B87077" w:rsidRDefault="00557ADF">
      <w:pPr>
        <w:jc w:val="center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b/>
          <w:color w:val="000000" w:themeColor="text1"/>
          <w:sz w:val="24"/>
          <w:szCs w:val="24"/>
        </w:rPr>
        <w:lastRenderedPageBreak/>
        <w:t>ANEXO 7</w:t>
      </w:r>
    </w:p>
    <w:p w14:paraId="085DDC42" w14:textId="77777777" w:rsidR="001B388E" w:rsidRPr="00B87077" w:rsidRDefault="00557ADF">
      <w:pPr>
        <w:jc w:val="center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Registro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experiencia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laboral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o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profesional</w:t>
      </w:r>
      <w:proofErr w:type="spellEnd"/>
    </w:p>
    <w:p w14:paraId="13D7881A" w14:textId="77777777" w:rsidR="001B388E" w:rsidRPr="00B87077" w:rsidRDefault="00557ADF">
      <w:pPr>
        <w:spacing w:after="80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Nota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: </w:t>
      </w:r>
      <w:r w:rsidRPr="00B87077">
        <w:rPr>
          <w:rFonts w:cs="Arial"/>
          <w:i/>
          <w:color w:val="000000" w:themeColor="text1"/>
          <w:sz w:val="24"/>
          <w:szCs w:val="24"/>
        </w:rPr>
        <w:t xml:space="preserve">Registrar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únicamente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experiencia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relacionada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con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transporte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movilidad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movilidad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sostenible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seguridad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vial,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espacio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público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caminabilidad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bicicleta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micromovilidad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intermodalidad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o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ámbitos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afines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>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2"/>
        <w:gridCol w:w="1908"/>
        <w:gridCol w:w="1531"/>
        <w:gridCol w:w="1531"/>
        <w:gridCol w:w="1134"/>
        <w:gridCol w:w="1134"/>
        <w:gridCol w:w="1587"/>
      </w:tblGrid>
      <w:tr w:rsidR="00B87077" w:rsidRPr="00B87077" w14:paraId="6551F7D7" w14:textId="77777777" w:rsidTr="00820DE8">
        <w:trPr>
          <w:jc w:val="center"/>
        </w:trPr>
        <w:tc>
          <w:tcPr>
            <w:tcW w:w="612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E8D02CB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No.</w:t>
            </w:r>
          </w:p>
        </w:tc>
        <w:tc>
          <w:tcPr>
            <w:tcW w:w="1908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2B10C2D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Entidad</w:t>
            </w:r>
            <w:proofErr w:type="spellEnd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 / </w:t>
            </w: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organización</w:t>
            </w:r>
            <w:proofErr w:type="spellEnd"/>
          </w:p>
        </w:tc>
        <w:tc>
          <w:tcPr>
            <w:tcW w:w="1531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D2CD970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Cargo / </w:t>
            </w: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rol</w:t>
            </w:r>
            <w:proofErr w:type="spellEnd"/>
          </w:p>
        </w:tc>
        <w:tc>
          <w:tcPr>
            <w:tcW w:w="1531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C9E7548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Actividad</w:t>
            </w:r>
            <w:proofErr w:type="spellEnd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 principal</w:t>
            </w:r>
          </w:p>
        </w:tc>
        <w:tc>
          <w:tcPr>
            <w:tcW w:w="1134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6060B98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Fecha</w:t>
            </w:r>
            <w:proofErr w:type="spellEnd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inicio</w:t>
            </w:r>
            <w:proofErr w:type="spellEnd"/>
          </w:p>
        </w:tc>
        <w:tc>
          <w:tcPr>
            <w:tcW w:w="1134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0F7A826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Fecha</w:t>
            </w:r>
            <w:proofErr w:type="spellEnd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 fin</w:t>
            </w:r>
          </w:p>
        </w:tc>
        <w:tc>
          <w:tcPr>
            <w:tcW w:w="1587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7FAA327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Respaldo</w:t>
            </w:r>
            <w:proofErr w:type="spellEnd"/>
          </w:p>
        </w:tc>
      </w:tr>
      <w:tr w:rsidR="00B87077" w:rsidRPr="00B87077" w14:paraId="2C5C07FB" w14:textId="77777777" w:rsidTr="00820DE8">
        <w:trPr>
          <w:jc w:val="center"/>
        </w:trPr>
        <w:tc>
          <w:tcPr>
            <w:tcW w:w="61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49DE9DF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0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921BFAB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EC2CAAD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1E63A98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862BADA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EA70AAC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9513B48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08E9C1E3" w14:textId="77777777" w:rsidTr="00820DE8">
        <w:trPr>
          <w:jc w:val="center"/>
        </w:trPr>
        <w:tc>
          <w:tcPr>
            <w:tcW w:w="61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1AB0551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0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8F7EC28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A2BC4C6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C28BEB6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22943B4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4172656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72671D5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5AA20C3C" w14:textId="77777777" w:rsidTr="00820DE8">
        <w:trPr>
          <w:jc w:val="center"/>
        </w:trPr>
        <w:tc>
          <w:tcPr>
            <w:tcW w:w="61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ABFDC36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0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D6FC6AD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425CA7E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8D6101F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73578FC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96F41F9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C42D2E8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6C891332" w14:textId="77777777" w:rsidTr="00820DE8">
        <w:trPr>
          <w:jc w:val="center"/>
        </w:trPr>
        <w:tc>
          <w:tcPr>
            <w:tcW w:w="61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5BC40AD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0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209EF62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23167D5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C691924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6F64DDA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2157185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BB0E68B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77910B6F" w14:textId="77777777" w:rsidTr="00820DE8">
        <w:trPr>
          <w:jc w:val="center"/>
        </w:trPr>
        <w:tc>
          <w:tcPr>
            <w:tcW w:w="61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1B267EA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0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4495480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C3B79D5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0BDB738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92ACD30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A0E8F5E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B9ED653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690145BC" w14:textId="77777777" w:rsidTr="00820DE8">
        <w:trPr>
          <w:jc w:val="center"/>
        </w:trPr>
        <w:tc>
          <w:tcPr>
            <w:tcW w:w="61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270A700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0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6C36047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0513CE4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799BA0B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F82E8D9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C2BB727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41E49C8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61C95CC8" w14:textId="77777777" w:rsidTr="00820DE8">
        <w:trPr>
          <w:jc w:val="center"/>
        </w:trPr>
        <w:tc>
          <w:tcPr>
            <w:tcW w:w="61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0DD3375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0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10BFA80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395E906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9197401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08428B3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91A28CE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B9C2F24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755D23CA" w14:textId="77777777" w:rsidTr="00820DE8">
        <w:trPr>
          <w:jc w:val="center"/>
        </w:trPr>
        <w:tc>
          <w:tcPr>
            <w:tcW w:w="61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4F9434B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0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9975788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E05DA97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19FB90E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78B4500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4E2CEAA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C1F3C68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14:paraId="1132FD90" w14:textId="77777777" w:rsidR="001B388E" w:rsidRPr="00B87077" w:rsidRDefault="00557ADF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Resumen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experiencia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5669"/>
      </w:tblGrid>
      <w:tr w:rsidR="00B87077" w:rsidRPr="00B87077" w14:paraId="64036D50" w14:textId="77777777">
        <w:trPr>
          <w:jc w:val="center"/>
        </w:trPr>
        <w:tc>
          <w:tcPr>
            <w:tcW w:w="3288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C36367B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Tiempo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total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acreditado</w:t>
            </w:r>
            <w:proofErr w:type="spellEnd"/>
          </w:p>
        </w:tc>
        <w:tc>
          <w:tcPr>
            <w:tcW w:w="566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6D4FD39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________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años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________ meses</w:t>
            </w:r>
          </w:p>
        </w:tc>
      </w:tr>
      <w:tr w:rsidR="00B87077" w:rsidRPr="00B87077" w14:paraId="3DE25F59" w14:textId="77777777">
        <w:trPr>
          <w:jc w:val="center"/>
        </w:trPr>
        <w:tc>
          <w:tcPr>
            <w:tcW w:w="3288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2858EC5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Área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principal de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experiencia</w:t>
            </w:r>
            <w:proofErr w:type="spellEnd"/>
          </w:p>
        </w:tc>
        <w:tc>
          <w:tcPr>
            <w:tcW w:w="566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8C30D50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Transporte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Movilidad  [ ] Movilidad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sostenible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[ ]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Seguridad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vial  [ ]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Otra</w:t>
            </w:r>
            <w:proofErr w:type="spellEnd"/>
          </w:p>
        </w:tc>
      </w:tr>
      <w:tr w:rsidR="00B87077" w:rsidRPr="00B87077" w14:paraId="22407FB9" w14:textId="77777777">
        <w:trPr>
          <w:jc w:val="center"/>
        </w:trPr>
        <w:tc>
          <w:tcPr>
            <w:tcW w:w="3288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070B665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Número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certificados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adjuntos</w:t>
            </w:r>
            <w:proofErr w:type="spellEnd"/>
          </w:p>
        </w:tc>
        <w:tc>
          <w:tcPr>
            <w:tcW w:w="566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F120B18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________</w:t>
            </w:r>
          </w:p>
        </w:tc>
      </w:tr>
      <w:tr w:rsidR="00B87077" w:rsidRPr="00B87077" w14:paraId="165B61B8" w14:textId="77777777">
        <w:trPr>
          <w:jc w:val="center"/>
        </w:trPr>
        <w:tc>
          <w:tcPr>
            <w:tcW w:w="3288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F70942E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Observaciones</w:t>
            </w:r>
            <w:proofErr w:type="spellEnd"/>
          </w:p>
        </w:tc>
        <w:tc>
          <w:tcPr>
            <w:tcW w:w="566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CF1767D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14:paraId="4AC08E2F" w14:textId="77777777" w:rsidR="001B388E" w:rsidRPr="00B87077" w:rsidRDefault="001B388E">
      <w:pPr>
        <w:rPr>
          <w:rFonts w:cs="Arial"/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31"/>
      </w:tblGrid>
      <w:tr w:rsidR="00B87077" w:rsidRPr="00B87077" w14:paraId="31FF2C67" w14:textId="77777777">
        <w:trPr>
          <w:jc w:val="center"/>
        </w:trPr>
        <w:tc>
          <w:tcPr>
            <w:tcW w:w="8731" w:type="dxa"/>
            <w:vAlign w:val="center"/>
          </w:tcPr>
          <w:p w14:paraId="581B7FB5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  <w:t>______________________________</w:t>
            </w:r>
          </w:p>
        </w:tc>
      </w:tr>
      <w:tr w:rsidR="00B87077" w:rsidRPr="00B87077" w14:paraId="20AF7F26" w14:textId="77777777">
        <w:trPr>
          <w:jc w:val="center"/>
        </w:trPr>
        <w:tc>
          <w:tcPr>
            <w:tcW w:w="8731" w:type="dxa"/>
            <w:vAlign w:val="center"/>
          </w:tcPr>
          <w:p w14:paraId="2557499B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Firma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postulante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principal</w:t>
            </w:r>
          </w:p>
        </w:tc>
      </w:tr>
    </w:tbl>
    <w:p w14:paraId="07ADA55B" w14:textId="77777777" w:rsidR="001B388E" w:rsidRPr="00B87077" w:rsidRDefault="00557ADF">
      <w:pPr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color w:val="000000" w:themeColor="text1"/>
          <w:sz w:val="24"/>
          <w:szCs w:val="24"/>
        </w:rPr>
        <w:br w:type="page"/>
      </w:r>
    </w:p>
    <w:p w14:paraId="2BAD51A7" w14:textId="77777777" w:rsidR="001B388E" w:rsidRPr="00B87077" w:rsidRDefault="00557ADF">
      <w:pPr>
        <w:jc w:val="center"/>
        <w:rPr>
          <w:rFonts w:cs="Arial"/>
          <w:color w:val="000000" w:themeColor="text1"/>
          <w:sz w:val="24"/>
          <w:szCs w:val="24"/>
        </w:rPr>
      </w:pPr>
      <w:r w:rsidRPr="00B87077">
        <w:rPr>
          <w:rFonts w:cs="Arial"/>
          <w:b/>
          <w:color w:val="000000" w:themeColor="text1"/>
          <w:sz w:val="24"/>
          <w:szCs w:val="24"/>
        </w:rPr>
        <w:lastRenderedPageBreak/>
        <w:t>ANEXO 8</w:t>
      </w:r>
    </w:p>
    <w:p w14:paraId="332232FC" w14:textId="77777777" w:rsidR="001B388E" w:rsidRPr="00B87077" w:rsidRDefault="00557ADF">
      <w:pPr>
        <w:jc w:val="center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Registro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capacitación</w:t>
      </w:r>
      <w:proofErr w:type="spellEnd"/>
    </w:p>
    <w:p w14:paraId="420AB3AE" w14:textId="77777777" w:rsidR="001B388E" w:rsidRPr="00B87077" w:rsidRDefault="00557ADF">
      <w:pPr>
        <w:spacing w:after="80"/>
        <w:rPr>
          <w:rFonts w:cs="Arial"/>
          <w:color w:val="000000" w:themeColor="text1"/>
          <w:sz w:val="24"/>
          <w:szCs w:val="24"/>
        </w:rPr>
      </w:pPr>
      <w:proofErr w:type="spellStart"/>
      <w:r w:rsidRPr="00B87077">
        <w:rPr>
          <w:rFonts w:cs="Arial"/>
          <w:b/>
          <w:color w:val="000000" w:themeColor="text1"/>
          <w:sz w:val="24"/>
          <w:szCs w:val="24"/>
        </w:rPr>
        <w:t>Nota</w:t>
      </w:r>
      <w:proofErr w:type="spellEnd"/>
      <w:r w:rsidRPr="00B87077">
        <w:rPr>
          <w:rFonts w:cs="Arial"/>
          <w:b/>
          <w:color w:val="000000" w:themeColor="text1"/>
          <w:sz w:val="24"/>
          <w:szCs w:val="24"/>
        </w:rPr>
        <w:t xml:space="preserve">: </w:t>
      </w:r>
      <w:proofErr w:type="gramStart"/>
      <w:r w:rsidRPr="00B87077">
        <w:rPr>
          <w:rFonts w:cs="Arial"/>
          <w:i/>
          <w:color w:val="000000" w:themeColor="text1"/>
          <w:sz w:val="24"/>
          <w:szCs w:val="24"/>
        </w:rPr>
        <w:t>Las</w:t>
      </w:r>
      <w:proofErr w:type="gramEnd"/>
      <w:r w:rsidRPr="00B87077">
        <w:rPr>
          <w:rFonts w:cs="Arial"/>
          <w:i/>
          <w:color w:val="000000" w:themeColor="text1"/>
          <w:sz w:val="24"/>
          <w:szCs w:val="24"/>
        </w:rPr>
        <w:t xml:space="preserve"> horas de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capacitación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son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acumulables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en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dos o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más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certificados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. Registrar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cursos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talleres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conferencias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seminarios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u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otros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espacios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formativos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vinculados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con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movilidad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transporte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o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movilidad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87077">
        <w:rPr>
          <w:rFonts w:cs="Arial"/>
          <w:i/>
          <w:color w:val="000000" w:themeColor="text1"/>
          <w:sz w:val="24"/>
          <w:szCs w:val="24"/>
        </w:rPr>
        <w:t>sostenible</w:t>
      </w:r>
      <w:proofErr w:type="spellEnd"/>
      <w:r w:rsidRPr="00B87077">
        <w:rPr>
          <w:rFonts w:cs="Arial"/>
          <w:i/>
          <w:color w:val="000000" w:themeColor="text1"/>
          <w:sz w:val="24"/>
          <w:szCs w:val="24"/>
        </w:rPr>
        <w:t>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2547"/>
        <w:gridCol w:w="1587"/>
        <w:gridCol w:w="1134"/>
        <w:gridCol w:w="850"/>
        <w:gridCol w:w="1701"/>
        <w:gridCol w:w="1361"/>
      </w:tblGrid>
      <w:tr w:rsidR="00B87077" w:rsidRPr="00B87077" w14:paraId="444F06BF" w14:textId="77777777" w:rsidTr="00820DE8">
        <w:trPr>
          <w:jc w:val="center"/>
        </w:trPr>
        <w:tc>
          <w:tcPr>
            <w:tcW w:w="399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F9BF4A7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No.</w:t>
            </w:r>
          </w:p>
        </w:tc>
        <w:tc>
          <w:tcPr>
            <w:tcW w:w="2547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D05675D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Nombre</w:t>
            </w:r>
            <w:proofErr w:type="spellEnd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 de la </w:t>
            </w: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capacitación</w:t>
            </w:r>
            <w:proofErr w:type="spellEnd"/>
          </w:p>
        </w:tc>
        <w:tc>
          <w:tcPr>
            <w:tcW w:w="1587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35B1335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Entidad</w:t>
            </w:r>
            <w:proofErr w:type="spellEnd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organizadora</w:t>
            </w:r>
            <w:proofErr w:type="spellEnd"/>
          </w:p>
        </w:tc>
        <w:tc>
          <w:tcPr>
            <w:tcW w:w="1134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7FCA979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Fecha</w:t>
            </w:r>
            <w:proofErr w:type="spellEnd"/>
          </w:p>
        </w:tc>
        <w:tc>
          <w:tcPr>
            <w:tcW w:w="850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2FE8344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Horas</w:t>
            </w:r>
          </w:p>
        </w:tc>
        <w:tc>
          <w:tcPr>
            <w:tcW w:w="1701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8FE885D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Temática</w:t>
            </w:r>
            <w:proofErr w:type="spellEnd"/>
          </w:p>
        </w:tc>
        <w:tc>
          <w:tcPr>
            <w:tcW w:w="1361" w:type="dxa"/>
            <w:shd w:val="clear" w:color="auto" w:fill="243880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7C24EA0" w14:textId="77777777" w:rsidR="001B388E" w:rsidRPr="00820DE8" w:rsidRDefault="00557ADF">
            <w:pPr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proofErr w:type="spellStart"/>
            <w:r w:rsidRPr="00820DE8">
              <w:rPr>
                <w:rFonts w:cs="Arial"/>
                <w:b/>
                <w:color w:val="FFFFFF" w:themeColor="background1"/>
                <w:sz w:val="24"/>
                <w:szCs w:val="24"/>
              </w:rPr>
              <w:t>Certificado</w:t>
            </w:r>
            <w:proofErr w:type="spellEnd"/>
          </w:p>
        </w:tc>
      </w:tr>
      <w:tr w:rsidR="00B87077" w:rsidRPr="00B87077" w14:paraId="748DABC8" w14:textId="77777777" w:rsidTr="00820DE8">
        <w:trPr>
          <w:jc w:val="center"/>
        </w:trPr>
        <w:tc>
          <w:tcPr>
            <w:tcW w:w="39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6C2B730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4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6FA7233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0FBC620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5EC8AEB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E9A5CA6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2E108C5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E1A5DD0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6CEF0795" w14:textId="77777777" w:rsidTr="00820DE8">
        <w:trPr>
          <w:jc w:val="center"/>
        </w:trPr>
        <w:tc>
          <w:tcPr>
            <w:tcW w:w="39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A0412D6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4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9538D43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55EFE02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8437530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EF3597A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8BC6925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F1AA9BF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07BA5C65" w14:textId="77777777" w:rsidTr="00820DE8">
        <w:trPr>
          <w:jc w:val="center"/>
        </w:trPr>
        <w:tc>
          <w:tcPr>
            <w:tcW w:w="39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902E16E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4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E8F0E01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1191C6D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B642FFB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D91745F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02A2AB1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CB49B66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1DDCFD78" w14:textId="77777777" w:rsidTr="00820DE8">
        <w:trPr>
          <w:jc w:val="center"/>
        </w:trPr>
        <w:tc>
          <w:tcPr>
            <w:tcW w:w="39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37734FC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4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F38540D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EFD72E2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C2CFAC1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49C8FDC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547CB48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E4E5342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43CB2391" w14:textId="77777777" w:rsidTr="00820DE8">
        <w:trPr>
          <w:jc w:val="center"/>
        </w:trPr>
        <w:tc>
          <w:tcPr>
            <w:tcW w:w="39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1F4AD0D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4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29F97FF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F970E65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10FFCBB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D5F42B6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A8F237A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050B8B7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1446DBD8" w14:textId="77777777" w:rsidTr="00820DE8">
        <w:trPr>
          <w:jc w:val="center"/>
        </w:trPr>
        <w:tc>
          <w:tcPr>
            <w:tcW w:w="39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3203868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4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620D99A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548D166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595F17A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45D8A60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3922912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93E40BF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06052B68" w14:textId="77777777" w:rsidTr="00820DE8">
        <w:trPr>
          <w:jc w:val="center"/>
        </w:trPr>
        <w:tc>
          <w:tcPr>
            <w:tcW w:w="39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D6CBBFD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4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F74E6E6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2CAE77C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D1F6965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91B305E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31B5679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AD12F02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B87077" w:rsidRPr="00B87077" w14:paraId="35B9A8D4" w14:textId="77777777" w:rsidTr="00820DE8">
        <w:trPr>
          <w:jc w:val="center"/>
        </w:trPr>
        <w:tc>
          <w:tcPr>
            <w:tcW w:w="39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F5EF9CB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4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9A19F63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86C6D1C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2A2A456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48756ED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71E9A37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C0EFAD6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14:paraId="2E8E92A0" w14:textId="77777777" w:rsidR="001B388E" w:rsidRPr="00B87077" w:rsidRDefault="00557ADF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Resumen</w:t>
      </w:r>
      <w:proofErr w:type="spellEnd"/>
      <w:r w:rsidRPr="00B87077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B87077">
        <w:rPr>
          <w:rFonts w:ascii="Arial" w:hAnsi="Arial" w:cs="Arial"/>
          <w:color w:val="000000" w:themeColor="text1"/>
          <w:sz w:val="24"/>
          <w:szCs w:val="24"/>
        </w:rPr>
        <w:t>capacitación</w:t>
      </w:r>
      <w:proofErr w:type="spellEnd"/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5669"/>
      </w:tblGrid>
      <w:tr w:rsidR="00B87077" w:rsidRPr="00B87077" w14:paraId="0155FF22" w14:textId="77777777">
        <w:trPr>
          <w:jc w:val="center"/>
        </w:trPr>
        <w:tc>
          <w:tcPr>
            <w:tcW w:w="3288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E9BD426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Total de horas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acreditadas</w:t>
            </w:r>
            <w:proofErr w:type="spellEnd"/>
          </w:p>
        </w:tc>
        <w:tc>
          <w:tcPr>
            <w:tcW w:w="566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B268F58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________ horas</w:t>
            </w:r>
          </w:p>
        </w:tc>
      </w:tr>
      <w:tr w:rsidR="00B87077" w:rsidRPr="00B87077" w14:paraId="0337A566" w14:textId="77777777">
        <w:trPr>
          <w:jc w:val="center"/>
        </w:trPr>
        <w:tc>
          <w:tcPr>
            <w:tcW w:w="3288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B297EDC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Cumple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mínimo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de 40 horas</w:t>
            </w:r>
          </w:p>
        </w:tc>
        <w:tc>
          <w:tcPr>
            <w:tcW w:w="566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1F4B103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gram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[ ]</w:t>
            </w:r>
            <w:proofErr w:type="gram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Sí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    [ ] No</w:t>
            </w:r>
          </w:p>
        </w:tc>
      </w:tr>
      <w:tr w:rsidR="00B87077" w:rsidRPr="00B87077" w14:paraId="564B3344" w14:textId="77777777">
        <w:trPr>
          <w:jc w:val="center"/>
        </w:trPr>
        <w:tc>
          <w:tcPr>
            <w:tcW w:w="3288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8D0DD5A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Número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certificados</w:t>
            </w:r>
            <w:proofErr w:type="spellEnd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adjuntos</w:t>
            </w:r>
            <w:proofErr w:type="spellEnd"/>
          </w:p>
        </w:tc>
        <w:tc>
          <w:tcPr>
            <w:tcW w:w="566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FC86804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________</w:t>
            </w:r>
          </w:p>
        </w:tc>
      </w:tr>
      <w:tr w:rsidR="00B87077" w:rsidRPr="00B87077" w14:paraId="541F84A2" w14:textId="77777777">
        <w:trPr>
          <w:jc w:val="center"/>
        </w:trPr>
        <w:tc>
          <w:tcPr>
            <w:tcW w:w="3288" w:type="dxa"/>
            <w:shd w:val="clear" w:color="auto" w:fill="F2F2F2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DFA8FBF" w14:textId="77777777" w:rsidR="001B388E" w:rsidRPr="00B87077" w:rsidRDefault="00557ADF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b/>
                <w:color w:val="000000" w:themeColor="text1"/>
                <w:sz w:val="24"/>
                <w:szCs w:val="24"/>
              </w:rPr>
              <w:t>Observaciones</w:t>
            </w:r>
            <w:proofErr w:type="spellEnd"/>
          </w:p>
        </w:tc>
        <w:tc>
          <w:tcPr>
            <w:tcW w:w="5669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0695646" w14:textId="77777777" w:rsidR="001B388E" w:rsidRPr="00B87077" w:rsidRDefault="001B388E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14:paraId="58302673" w14:textId="77777777" w:rsidR="001B388E" w:rsidRPr="00B87077" w:rsidRDefault="001B388E">
      <w:pPr>
        <w:rPr>
          <w:rFonts w:cs="Arial"/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31"/>
      </w:tblGrid>
      <w:tr w:rsidR="00B87077" w:rsidRPr="00B87077" w14:paraId="0F1A80F0" w14:textId="77777777">
        <w:trPr>
          <w:jc w:val="center"/>
        </w:trPr>
        <w:tc>
          <w:tcPr>
            <w:tcW w:w="8731" w:type="dxa"/>
            <w:vAlign w:val="center"/>
          </w:tcPr>
          <w:p w14:paraId="4A3FDD52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B87077">
              <w:rPr>
                <w:rFonts w:cs="Arial"/>
                <w:color w:val="000000" w:themeColor="text1"/>
                <w:sz w:val="24"/>
                <w:szCs w:val="24"/>
              </w:rPr>
              <w:br/>
              <w:t>______________________________</w:t>
            </w:r>
          </w:p>
        </w:tc>
      </w:tr>
      <w:tr w:rsidR="00B87077" w:rsidRPr="00B87077" w14:paraId="216FCCA8" w14:textId="77777777">
        <w:trPr>
          <w:jc w:val="center"/>
        </w:trPr>
        <w:tc>
          <w:tcPr>
            <w:tcW w:w="8731" w:type="dxa"/>
            <w:vAlign w:val="center"/>
          </w:tcPr>
          <w:p w14:paraId="06D12B1E" w14:textId="77777777" w:rsidR="001B388E" w:rsidRPr="00B87077" w:rsidRDefault="00557ADF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Firma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del </w:t>
            </w:r>
            <w:proofErr w:type="spellStart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>postulante</w:t>
            </w:r>
            <w:proofErr w:type="spellEnd"/>
            <w:r w:rsidRPr="00B87077">
              <w:rPr>
                <w:rFonts w:cs="Arial"/>
                <w:color w:val="000000" w:themeColor="text1"/>
                <w:sz w:val="24"/>
                <w:szCs w:val="24"/>
              </w:rPr>
              <w:t xml:space="preserve"> principal</w:t>
            </w:r>
          </w:p>
        </w:tc>
      </w:tr>
    </w:tbl>
    <w:p w14:paraId="590B09B1" w14:textId="77777777" w:rsidR="00557ADF" w:rsidRPr="00B87077" w:rsidRDefault="00557ADF">
      <w:pPr>
        <w:rPr>
          <w:rFonts w:cs="Arial"/>
          <w:color w:val="000000" w:themeColor="text1"/>
          <w:sz w:val="24"/>
          <w:szCs w:val="24"/>
        </w:rPr>
      </w:pPr>
    </w:p>
    <w:sectPr w:rsidR="00557ADF" w:rsidRPr="00B87077" w:rsidSect="008B5654">
      <w:headerReference w:type="default" r:id="rId8"/>
      <w:footerReference w:type="default" r:id="rId9"/>
      <w:pgSz w:w="11906" w:h="16838" w:code="9"/>
      <w:pgMar w:top="879" w:right="1020" w:bottom="879" w:left="1020" w:header="255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9EFCC" w14:textId="77777777" w:rsidR="00410688" w:rsidRDefault="00410688">
      <w:pPr>
        <w:spacing w:after="0" w:line="240" w:lineRule="auto"/>
      </w:pPr>
      <w:r>
        <w:separator/>
      </w:r>
    </w:p>
  </w:endnote>
  <w:endnote w:type="continuationSeparator" w:id="0">
    <w:p w14:paraId="74B27B6C" w14:textId="77777777" w:rsidR="00410688" w:rsidRDefault="00410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8C230" w14:textId="77777777" w:rsidR="001B388E" w:rsidRDefault="00557ADF">
    <w:pPr>
      <w:pStyle w:val="Piedepgina"/>
      <w:jc w:val="center"/>
    </w:pPr>
    <w:r>
      <w:rPr>
        <w:color w:val="646464"/>
        <w:sz w:val="14"/>
      </w:rPr>
      <w:t xml:space="preserve">Mesa </w:t>
    </w:r>
    <w:proofErr w:type="spellStart"/>
    <w:r>
      <w:rPr>
        <w:color w:val="646464"/>
        <w:sz w:val="14"/>
      </w:rPr>
      <w:t>Interinstitucional</w:t>
    </w:r>
    <w:proofErr w:type="spellEnd"/>
    <w:r>
      <w:rPr>
        <w:color w:val="646464"/>
        <w:sz w:val="14"/>
      </w:rPr>
      <w:t xml:space="preserve"> para la </w:t>
    </w:r>
    <w:proofErr w:type="spellStart"/>
    <w:r>
      <w:rPr>
        <w:color w:val="646464"/>
        <w:sz w:val="14"/>
      </w:rPr>
      <w:t>Promoción</w:t>
    </w:r>
    <w:proofErr w:type="spellEnd"/>
    <w:r>
      <w:rPr>
        <w:color w:val="646464"/>
        <w:sz w:val="14"/>
      </w:rPr>
      <w:t xml:space="preserve"> de </w:t>
    </w:r>
    <w:proofErr w:type="spellStart"/>
    <w:r>
      <w:rPr>
        <w:color w:val="646464"/>
        <w:sz w:val="14"/>
      </w:rPr>
      <w:t>Modos</w:t>
    </w:r>
    <w:proofErr w:type="spellEnd"/>
    <w:r>
      <w:rPr>
        <w:color w:val="646464"/>
        <w:sz w:val="14"/>
      </w:rPr>
      <w:t xml:space="preserve"> de </w:t>
    </w:r>
    <w:proofErr w:type="spellStart"/>
    <w:r>
      <w:rPr>
        <w:color w:val="646464"/>
        <w:sz w:val="14"/>
      </w:rPr>
      <w:t>Transporte</w:t>
    </w:r>
    <w:proofErr w:type="spellEnd"/>
    <w:r>
      <w:rPr>
        <w:color w:val="646464"/>
        <w:sz w:val="14"/>
      </w:rPr>
      <w:t xml:space="preserve"> </w:t>
    </w:r>
    <w:proofErr w:type="spellStart"/>
    <w:r>
      <w:rPr>
        <w:color w:val="646464"/>
        <w:sz w:val="14"/>
      </w:rPr>
      <w:t>Sostenibles</w:t>
    </w:r>
    <w:proofErr w:type="spellEnd"/>
    <w:r>
      <w:rPr>
        <w:color w:val="646464"/>
        <w:sz w:val="14"/>
      </w:rPr>
      <w:t xml:space="preserve"> | </w:t>
    </w:r>
    <w:proofErr w:type="spellStart"/>
    <w:r>
      <w:rPr>
        <w:color w:val="646464"/>
        <w:sz w:val="14"/>
      </w:rPr>
      <w:t>Convocatoria</w:t>
    </w:r>
    <w:proofErr w:type="spellEnd"/>
    <w:r>
      <w:rPr>
        <w:color w:val="646464"/>
        <w:sz w:val="14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691D" w14:textId="77777777" w:rsidR="00410688" w:rsidRDefault="00410688">
      <w:pPr>
        <w:spacing w:after="0" w:line="240" w:lineRule="auto"/>
      </w:pPr>
      <w:r>
        <w:separator/>
      </w:r>
    </w:p>
  </w:footnote>
  <w:footnote w:type="continuationSeparator" w:id="0">
    <w:p w14:paraId="778C3A47" w14:textId="77777777" w:rsidR="00410688" w:rsidRDefault="00410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47FB9" w14:textId="2BC72CE1" w:rsidR="001B388E" w:rsidRDefault="001B388E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388E"/>
    <w:rsid w:val="0029639D"/>
    <w:rsid w:val="003246BB"/>
    <w:rsid w:val="00326F90"/>
    <w:rsid w:val="003D5A26"/>
    <w:rsid w:val="00410688"/>
    <w:rsid w:val="00557ADF"/>
    <w:rsid w:val="00820DE8"/>
    <w:rsid w:val="008B5654"/>
    <w:rsid w:val="00AA1D8D"/>
    <w:rsid w:val="00B47730"/>
    <w:rsid w:val="00B8707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8A0784"/>
  <w14:defaultImageDpi w14:val="300"/>
  <w15:docId w15:val="{3F30F19B-CADE-4B9B-A11B-B1F82293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eastAsia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243880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243880"/>
      <w:sz w:val="20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4388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43880"/>
      <w:spacing w:val="5"/>
      <w:kern w:val="28"/>
      <w:sz w:val="3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1761</Words>
  <Characters>9690</Characters>
  <Application>Microsoft Office Word</Application>
  <DocSecurity>0</DocSecurity>
  <Lines>80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Hidalgo Posligua Alberto Andres</cp:lastModifiedBy>
  <cp:revision>6</cp:revision>
  <cp:lastPrinted>2026-08-20T21:35:00Z</cp:lastPrinted>
  <dcterms:created xsi:type="dcterms:W3CDTF">2013-12-23T23:15:00Z</dcterms:created>
  <dcterms:modified xsi:type="dcterms:W3CDTF">2026-08-20T21:36:00Z</dcterms:modified>
  <cp:category/>
</cp:coreProperties>
</file>